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866F5" w14:textId="1FE738BD" w:rsidR="00933068" w:rsidRDefault="008C42B2">
      <w:pPr>
        <w:jc w:val="center"/>
      </w:pPr>
      <w:r>
        <w:rPr>
          <w:b/>
        </w:rPr>
        <w:t>[Insert thesis title here]</w:t>
      </w:r>
    </w:p>
    <w:p w14:paraId="506FEF0E" w14:textId="6D01D1ED" w:rsidR="00933068" w:rsidRDefault="00914C77">
      <w:pPr>
        <w:jc w:val="center"/>
      </w:pPr>
      <w:r>
        <w:br/>
        <w:t>by</w:t>
      </w:r>
      <w:r>
        <w:br/>
      </w:r>
      <w:r w:rsidR="00C769FF">
        <w:t>[</w:t>
      </w:r>
      <w:r>
        <w:t>Full Name of Student</w:t>
      </w:r>
      <w:r w:rsidR="00C769FF">
        <w:t>]</w:t>
      </w:r>
    </w:p>
    <w:p w14:paraId="6A435972" w14:textId="54EEAD39" w:rsidR="00933068" w:rsidRDefault="00914C77" w:rsidP="5AFD6408">
      <w:pPr>
        <w:spacing w:line="240" w:lineRule="auto"/>
        <w:contextualSpacing/>
        <w:jc w:val="center"/>
      </w:pPr>
      <w:r>
        <w:br/>
      </w:r>
      <w:r w:rsidR="5AFD6408">
        <w:t xml:space="preserve">A Thesis Submitted to the </w:t>
      </w:r>
    </w:p>
    <w:p w14:paraId="56C74C39" w14:textId="5BA1020A" w:rsidR="00933068" w:rsidRDefault="2BB23123" w:rsidP="5AFD6408">
      <w:pPr>
        <w:spacing w:line="240" w:lineRule="auto"/>
        <w:contextualSpacing/>
        <w:jc w:val="center"/>
      </w:pPr>
      <w:r>
        <w:t>G</w:t>
      </w:r>
      <w:r w:rsidR="5AFD6408">
        <w:t xml:space="preserve">raduate </w:t>
      </w:r>
      <w:r w:rsidR="5EFEF351">
        <w:t>F</w:t>
      </w:r>
      <w:r w:rsidR="5AFD6408">
        <w:t xml:space="preserve">aculty of Jacksonville State University </w:t>
      </w:r>
    </w:p>
    <w:p w14:paraId="1E7BF4FB" w14:textId="63F03111" w:rsidR="00933068" w:rsidRDefault="5AFD6408" w:rsidP="5AFD6408">
      <w:pPr>
        <w:spacing w:line="240" w:lineRule="auto"/>
        <w:contextualSpacing/>
        <w:jc w:val="center"/>
      </w:pPr>
      <w:r>
        <w:t xml:space="preserve">in Partial Fulfillment of the </w:t>
      </w:r>
    </w:p>
    <w:p w14:paraId="7117FCAC" w14:textId="260950BC" w:rsidR="00933068" w:rsidRDefault="5AFD6408" w:rsidP="5AFD6408">
      <w:pPr>
        <w:spacing w:line="240" w:lineRule="auto"/>
        <w:contextualSpacing/>
        <w:jc w:val="center"/>
      </w:pPr>
      <w:r>
        <w:t>Requirements for the Degree of</w:t>
      </w:r>
      <w:r w:rsidR="00914C77">
        <w:br/>
      </w:r>
      <w:r>
        <w:t>Master of [Degree Name]</w:t>
      </w:r>
      <w:r w:rsidR="00914C77">
        <w:br/>
      </w:r>
      <w:r>
        <w:t>in</w:t>
      </w:r>
      <w:r w:rsidR="00914C77">
        <w:br/>
      </w:r>
      <w:r>
        <w:t>[Program Name]</w:t>
      </w:r>
    </w:p>
    <w:p w14:paraId="6F4D4B2C" w14:textId="5FA95A72" w:rsidR="00933068" w:rsidRDefault="00933068" w:rsidP="5AFD6408">
      <w:pPr>
        <w:spacing w:line="240" w:lineRule="auto"/>
        <w:contextualSpacing/>
        <w:jc w:val="center"/>
      </w:pPr>
    </w:p>
    <w:p w14:paraId="06B8F37B" w14:textId="51E9111D" w:rsidR="00933068" w:rsidRDefault="00933068" w:rsidP="5AFD6408">
      <w:pPr>
        <w:spacing w:line="240" w:lineRule="auto"/>
        <w:contextualSpacing/>
        <w:jc w:val="center"/>
      </w:pPr>
    </w:p>
    <w:p w14:paraId="2FC6D684" w14:textId="07BA4703" w:rsidR="00933068" w:rsidRDefault="07058815">
      <w:pPr>
        <w:jc w:val="center"/>
      </w:pPr>
      <w:r>
        <w:t>Jacksonville, Alabama</w:t>
      </w:r>
    </w:p>
    <w:p w14:paraId="1B9E4CB1" w14:textId="1DE79B07" w:rsidR="00933068" w:rsidRDefault="00914C77">
      <w:pPr>
        <w:jc w:val="center"/>
      </w:pPr>
      <w:r>
        <w:br/>
      </w:r>
      <w:r w:rsidR="008C42B2">
        <w:t>[</w:t>
      </w:r>
      <w:r w:rsidR="5AFD6408">
        <w:t>Month Year</w:t>
      </w:r>
      <w:r w:rsidR="008C42B2">
        <w:t>]</w:t>
      </w:r>
    </w:p>
    <w:p w14:paraId="672A6659" w14:textId="77777777" w:rsidR="00933068" w:rsidRDefault="00933068">
      <w:pPr>
        <w:sectPr w:rsidR="00933068">
          <w:headerReference w:type="default" r:id="rId8"/>
          <w:footerReference w:type="default" r:id="rId9"/>
          <w:pgSz w:w="12240" w:h="15840"/>
          <w:pgMar w:top="1440" w:right="1440" w:bottom="1440" w:left="1440" w:header="720" w:footer="720" w:gutter="0"/>
          <w:cols w:space="720"/>
          <w:docGrid w:linePitch="360"/>
        </w:sectPr>
      </w:pPr>
    </w:p>
    <w:p w14:paraId="0BAD8531" w14:textId="22E898D0" w:rsidR="00B05644" w:rsidRPr="004126D5" w:rsidRDefault="004126D5" w:rsidP="00B05644">
      <w:pPr>
        <w:rPr>
          <w:rFonts w:asciiTheme="majorHAnsi" w:eastAsiaTheme="majorEastAsia" w:hAnsiTheme="majorHAnsi" w:cstheme="majorBidi"/>
          <w:b/>
          <w:bCs/>
          <w:color w:val="365F91" w:themeColor="accent1" w:themeShade="BF"/>
          <w:sz w:val="24"/>
          <w:szCs w:val="28"/>
        </w:rPr>
      </w:pPr>
      <w:r>
        <w:rPr>
          <w:b/>
          <w:bCs/>
          <w:color w:val="8064A2" w:themeColor="accent4"/>
          <w:sz w:val="32"/>
          <w:szCs w:val="32"/>
        </w:rPr>
        <w:lastRenderedPageBreak/>
        <w:t>H</w:t>
      </w:r>
      <w:r w:rsidR="00B05644" w:rsidRPr="00B20DA8">
        <w:rPr>
          <w:b/>
          <w:bCs/>
          <w:color w:val="8064A2" w:themeColor="accent4"/>
          <w:sz w:val="32"/>
          <w:szCs w:val="32"/>
        </w:rPr>
        <w:t>ow to Use this Template</w:t>
      </w:r>
    </w:p>
    <w:p w14:paraId="1ADB55AF" w14:textId="77777777" w:rsidR="00B05644" w:rsidRDefault="00B05644" w:rsidP="00B05644">
      <w:pPr>
        <w:rPr>
          <w:b/>
          <w:bCs/>
          <w:color w:val="8064A2" w:themeColor="accent4"/>
          <w:sz w:val="32"/>
          <w:szCs w:val="32"/>
        </w:rPr>
      </w:pPr>
    </w:p>
    <w:p w14:paraId="6B72ECD8" w14:textId="77777777" w:rsidR="00B05644" w:rsidRDefault="00B05644" w:rsidP="00B05644">
      <w:pPr>
        <w:rPr>
          <w:b/>
          <w:bCs/>
          <w:color w:val="8064A2" w:themeColor="accent4"/>
          <w:sz w:val="24"/>
          <w:szCs w:val="24"/>
        </w:rPr>
      </w:pPr>
      <w:r>
        <w:rPr>
          <w:b/>
          <w:bCs/>
          <w:color w:val="8064A2" w:themeColor="accent4"/>
          <w:sz w:val="24"/>
          <w:szCs w:val="24"/>
        </w:rPr>
        <w:t>Title Page</w:t>
      </w:r>
    </w:p>
    <w:p w14:paraId="32F5053E" w14:textId="77777777" w:rsidR="00B05644" w:rsidRPr="00A42F27" w:rsidRDefault="00B05644" w:rsidP="00B05644">
      <w:pPr>
        <w:pStyle w:val="ListParagraph"/>
        <w:numPr>
          <w:ilvl w:val="0"/>
          <w:numId w:val="10"/>
        </w:numPr>
        <w:rPr>
          <w:b/>
          <w:bCs/>
          <w:color w:val="8064A2" w:themeColor="accent4"/>
          <w:sz w:val="24"/>
          <w:szCs w:val="24"/>
        </w:rPr>
      </w:pPr>
      <w:r>
        <w:rPr>
          <w:color w:val="8064A2" w:themeColor="accent4"/>
          <w:sz w:val="24"/>
          <w:szCs w:val="24"/>
        </w:rPr>
        <w:t>Replace text enclosed in brackets [  ] with your own content.</w:t>
      </w:r>
    </w:p>
    <w:p w14:paraId="7CD6EF37" w14:textId="77777777" w:rsidR="00B05644" w:rsidRPr="002B3609" w:rsidRDefault="00B05644" w:rsidP="00B05644">
      <w:pPr>
        <w:pStyle w:val="ListParagraph"/>
        <w:numPr>
          <w:ilvl w:val="0"/>
          <w:numId w:val="10"/>
        </w:numPr>
        <w:rPr>
          <w:b/>
          <w:bCs/>
          <w:color w:val="8064A2" w:themeColor="accent4"/>
          <w:sz w:val="24"/>
          <w:szCs w:val="24"/>
        </w:rPr>
      </w:pPr>
      <w:r>
        <w:rPr>
          <w:color w:val="8064A2" w:themeColor="accent4"/>
          <w:sz w:val="24"/>
          <w:szCs w:val="24"/>
        </w:rPr>
        <w:t xml:space="preserve">The thesis title should be formatted in sentence case (i.e. only the first word and proper nouns should be capitalized). </w:t>
      </w:r>
    </w:p>
    <w:p w14:paraId="5CA40D0F" w14:textId="77777777" w:rsidR="00B05644" w:rsidRPr="00870C97" w:rsidRDefault="00B05644" w:rsidP="00B05644">
      <w:pPr>
        <w:pStyle w:val="ListParagraph"/>
        <w:numPr>
          <w:ilvl w:val="0"/>
          <w:numId w:val="10"/>
        </w:numPr>
        <w:rPr>
          <w:b/>
          <w:bCs/>
          <w:color w:val="8064A2" w:themeColor="accent4"/>
          <w:sz w:val="24"/>
          <w:szCs w:val="24"/>
        </w:rPr>
      </w:pPr>
      <w:r>
        <w:rPr>
          <w:color w:val="8064A2" w:themeColor="accent4"/>
          <w:sz w:val="24"/>
          <w:szCs w:val="24"/>
        </w:rPr>
        <w:t xml:space="preserve">Use the name for your program as it appears in the </w:t>
      </w:r>
      <w:hyperlink r:id="rId10" w:history="1">
        <w:r w:rsidRPr="00D376A3">
          <w:rPr>
            <w:rStyle w:val="Hyperlink"/>
            <w:sz w:val="24"/>
            <w:szCs w:val="24"/>
          </w:rPr>
          <w:t>JSU Graduate Catalog</w:t>
        </w:r>
      </w:hyperlink>
      <w:r>
        <w:rPr>
          <w:color w:val="8064A2" w:themeColor="accent4"/>
          <w:sz w:val="24"/>
          <w:szCs w:val="24"/>
        </w:rPr>
        <w:t>.</w:t>
      </w:r>
    </w:p>
    <w:p w14:paraId="1C95F0DD" w14:textId="77777777" w:rsidR="00B05644" w:rsidRPr="00EE5A3A" w:rsidRDefault="00B05644" w:rsidP="00B05644">
      <w:pPr>
        <w:pStyle w:val="ListParagraph"/>
        <w:numPr>
          <w:ilvl w:val="0"/>
          <w:numId w:val="10"/>
        </w:numPr>
        <w:rPr>
          <w:b/>
          <w:bCs/>
          <w:color w:val="8064A2" w:themeColor="accent4"/>
          <w:sz w:val="24"/>
          <w:szCs w:val="24"/>
        </w:rPr>
      </w:pPr>
      <w:r>
        <w:rPr>
          <w:color w:val="8064A2" w:themeColor="accent4"/>
          <w:sz w:val="24"/>
          <w:szCs w:val="24"/>
        </w:rPr>
        <w:t>Please do not add any other content or change the formatting of the Title Page.</w:t>
      </w:r>
    </w:p>
    <w:p w14:paraId="3F45FDCA" w14:textId="77777777" w:rsidR="00B05644" w:rsidRDefault="00B05644" w:rsidP="00B05644">
      <w:pPr>
        <w:rPr>
          <w:b/>
          <w:bCs/>
          <w:color w:val="8064A2" w:themeColor="accent4"/>
          <w:sz w:val="24"/>
          <w:szCs w:val="24"/>
        </w:rPr>
      </w:pPr>
    </w:p>
    <w:p w14:paraId="7B260E5D" w14:textId="77777777" w:rsidR="00B05644" w:rsidRDefault="00B05644" w:rsidP="00B05644">
      <w:pPr>
        <w:rPr>
          <w:b/>
          <w:bCs/>
          <w:color w:val="8064A2" w:themeColor="accent4"/>
          <w:sz w:val="24"/>
          <w:szCs w:val="24"/>
        </w:rPr>
      </w:pPr>
      <w:r>
        <w:rPr>
          <w:b/>
          <w:bCs/>
          <w:color w:val="8064A2" w:themeColor="accent4"/>
          <w:sz w:val="24"/>
          <w:szCs w:val="24"/>
        </w:rPr>
        <w:t xml:space="preserve">Preliminary Pages </w:t>
      </w:r>
    </w:p>
    <w:p w14:paraId="7E01F9C5" w14:textId="77777777" w:rsidR="00B05644" w:rsidRDefault="00B05644" w:rsidP="00B05644">
      <w:pPr>
        <w:pStyle w:val="ListParagraph"/>
        <w:numPr>
          <w:ilvl w:val="0"/>
          <w:numId w:val="11"/>
        </w:numPr>
        <w:rPr>
          <w:color w:val="8064A2" w:themeColor="accent4"/>
          <w:sz w:val="24"/>
          <w:szCs w:val="24"/>
        </w:rPr>
      </w:pPr>
      <w:r w:rsidRPr="006156E3">
        <w:rPr>
          <w:color w:val="8064A2" w:themeColor="accent4"/>
          <w:sz w:val="24"/>
          <w:szCs w:val="24"/>
        </w:rPr>
        <w:t>Do not modify the wording or formatting of any headings on the preliminary page</w:t>
      </w:r>
      <w:r>
        <w:rPr>
          <w:color w:val="8064A2" w:themeColor="accent4"/>
          <w:sz w:val="24"/>
          <w:szCs w:val="24"/>
        </w:rPr>
        <w:t>s.</w:t>
      </w:r>
    </w:p>
    <w:p w14:paraId="2CD801AA" w14:textId="77777777" w:rsidR="00B05644" w:rsidRPr="00921DB1" w:rsidRDefault="00B05644" w:rsidP="00B05644">
      <w:pPr>
        <w:pStyle w:val="ListParagraph"/>
        <w:numPr>
          <w:ilvl w:val="0"/>
          <w:numId w:val="11"/>
        </w:numPr>
        <w:rPr>
          <w:color w:val="8064A2" w:themeColor="accent4"/>
          <w:sz w:val="24"/>
          <w:szCs w:val="24"/>
        </w:rPr>
      </w:pPr>
      <w:r w:rsidRPr="00921DB1">
        <w:rPr>
          <w:color w:val="8064A2" w:themeColor="accent4"/>
          <w:sz w:val="24"/>
          <w:szCs w:val="24"/>
        </w:rPr>
        <w:t>Retain all headings in the order provided in this template.</w:t>
      </w:r>
    </w:p>
    <w:p w14:paraId="75C49D6A" w14:textId="77777777" w:rsidR="00B05644" w:rsidRPr="00921DB1" w:rsidRDefault="00B05644" w:rsidP="00B05644">
      <w:pPr>
        <w:pStyle w:val="ListParagraph"/>
        <w:numPr>
          <w:ilvl w:val="0"/>
          <w:numId w:val="11"/>
        </w:numPr>
        <w:rPr>
          <w:color w:val="8064A2" w:themeColor="accent4"/>
          <w:sz w:val="24"/>
          <w:szCs w:val="24"/>
        </w:rPr>
      </w:pPr>
      <w:r w:rsidRPr="00921DB1">
        <w:rPr>
          <w:color w:val="8064A2" w:themeColor="accent4"/>
          <w:sz w:val="24"/>
          <w:szCs w:val="24"/>
        </w:rPr>
        <w:t>Replace all text enclosed in brackets [  ] with your own content.</w:t>
      </w:r>
    </w:p>
    <w:p w14:paraId="12D7D05D" w14:textId="77777777" w:rsidR="00B05644" w:rsidRDefault="00B05644" w:rsidP="00B05644">
      <w:pPr>
        <w:pStyle w:val="ListParagraph"/>
        <w:numPr>
          <w:ilvl w:val="0"/>
          <w:numId w:val="11"/>
        </w:numPr>
        <w:rPr>
          <w:color w:val="8064A2" w:themeColor="accent4"/>
          <w:sz w:val="24"/>
          <w:szCs w:val="24"/>
        </w:rPr>
      </w:pPr>
      <w:r w:rsidRPr="00921DB1">
        <w:rPr>
          <w:color w:val="8064A2" w:themeColor="accent4"/>
          <w:sz w:val="24"/>
          <w:szCs w:val="24"/>
        </w:rPr>
        <w:t>Delete or replace instructional text [displayed in purple] before submitting your manuscript.</w:t>
      </w:r>
    </w:p>
    <w:p w14:paraId="7C614624" w14:textId="77777777" w:rsidR="00B05644" w:rsidRDefault="00B05644" w:rsidP="00B05644">
      <w:pPr>
        <w:pStyle w:val="ListParagraph"/>
        <w:rPr>
          <w:color w:val="8064A2" w:themeColor="accent4"/>
          <w:sz w:val="24"/>
          <w:szCs w:val="24"/>
        </w:rPr>
      </w:pPr>
    </w:p>
    <w:p w14:paraId="3ACCC26C" w14:textId="77777777" w:rsidR="00B05644" w:rsidRPr="00094A79" w:rsidRDefault="00B05644" w:rsidP="00B05644">
      <w:pPr>
        <w:rPr>
          <w:b/>
          <w:bCs/>
          <w:color w:val="8064A2" w:themeColor="accent4"/>
          <w:sz w:val="24"/>
          <w:szCs w:val="24"/>
        </w:rPr>
      </w:pPr>
      <w:r w:rsidRPr="00094A79">
        <w:rPr>
          <w:b/>
          <w:bCs/>
          <w:color w:val="8064A2" w:themeColor="accent4"/>
          <w:sz w:val="24"/>
          <w:szCs w:val="24"/>
        </w:rPr>
        <w:t>Manuscript Content Pages</w:t>
      </w:r>
    </w:p>
    <w:p w14:paraId="5C4B8013" w14:textId="77777777" w:rsidR="00B05644" w:rsidRDefault="00B05644" w:rsidP="00B05644">
      <w:pPr>
        <w:pStyle w:val="ListParagraph"/>
        <w:numPr>
          <w:ilvl w:val="0"/>
          <w:numId w:val="12"/>
        </w:numPr>
        <w:rPr>
          <w:color w:val="8064A2" w:themeColor="accent4"/>
          <w:sz w:val="24"/>
          <w:szCs w:val="24"/>
        </w:rPr>
      </w:pPr>
      <w:r>
        <w:rPr>
          <w:color w:val="8064A2" w:themeColor="accent4"/>
          <w:sz w:val="24"/>
          <w:szCs w:val="24"/>
        </w:rPr>
        <w:t>The remainder of the template starting with “Table of Contents” is offered as guidance only and is not intended to be prescriptive. You should adapt it to fit the specific requirements and conventions of your discipline.</w:t>
      </w:r>
    </w:p>
    <w:p w14:paraId="577D46BF" w14:textId="77777777" w:rsidR="00B05644" w:rsidRDefault="00B05644" w:rsidP="00B05644">
      <w:pPr>
        <w:pStyle w:val="ListParagraph"/>
        <w:numPr>
          <w:ilvl w:val="0"/>
          <w:numId w:val="12"/>
        </w:numPr>
        <w:rPr>
          <w:color w:val="8064A2" w:themeColor="accent4"/>
          <w:sz w:val="24"/>
          <w:szCs w:val="24"/>
        </w:rPr>
      </w:pPr>
      <w:r>
        <w:rPr>
          <w:color w:val="8064A2" w:themeColor="accent4"/>
          <w:sz w:val="24"/>
          <w:szCs w:val="24"/>
        </w:rPr>
        <w:t>Following publishing conventions, this template uses Roman numerals for the preliminary pages and Arabic numerals for the main body. Adjust the numbering as required by your discipline; however, please ensure that the title page does not display a page number.</w:t>
      </w:r>
    </w:p>
    <w:p w14:paraId="7C0FF229" w14:textId="77777777" w:rsidR="00B05644" w:rsidRPr="00921DB1" w:rsidRDefault="00B05644" w:rsidP="00B05644">
      <w:pPr>
        <w:pStyle w:val="ListParagraph"/>
        <w:numPr>
          <w:ilvl w:val="0"/>
          <w:numId w:val="12"/>
        </w:numPr>
        <w:rPr>
          <w:color w:val="8064A2" w:themeColor="accent4"/>
          <w:sz w:val="24"/>
          <w:szCs w:val="24"/>
        </w:rPr>
        <w:sectPr w:rsidR="00B05644" w:rsidRPr="00921DB1" w:rsidSect="00B05644">
          <w:pgSz w:w="12240" w:h="15840"/>
          <w:pgMar w:top="1440" w:right="1440" w:bottom="1440" w:left="1440" w:header="720" w:footer="720" w:gutter="0"/>
          <w:cols w:space="720"/>
          <w:titlePg/>
          <w:docGrid w:linePitch="360"/>
        </w:sectPr>
      </w:pPr>
      <w:r>
        <w:rPr>
          <w:color w:val="8064A2" w:themeColor="accent4"/>
          <w:sz w:val="24"/>
          <w:szCs w:val="24"/>
        </w:rPr>
        <w:t>If you include blank pages in your manuscript, please mark the blank pages with: “This page was intentionally left blank.”</w:t>
      </w:r>
    </w:p>
    <w:p w14:paraId="056CBDF8" w14:textId="03427EF8" w:rsidR="00933068" w:rsidRDefault="00914C77">
      <w:pPr>
        <w:pStyle w:val="Heading1"/>
        <w:jc w:val="center"/>
      </w:pPr>
      <w:r>
        <w:lastRenderedPageBreak/>
        <w:t>ABSTRACT</w:t>
      </w:r>
    </w:p>
    <w:p w14:paraId="2BEC8FCB" w14:textId="77777777" w:rsidR="00933068" w:rsidRDefault="00914C77">
      <w:r>
        <w:t>[Abstract text - max 250 words]</w:t>
      </w:r>
    </w:p>
    <w:p w14:paraId="0A37501D" w14:textId="77777777" w:rsidR="00933068" w:rsidRDefault="00914C77">
      <w:r>
        <w:br w:type="page"/>
      </w:r>
    </w:p>
    <w:p w14:paraId="2B75B741" w14:textId="4A1A10EA" w:rsidR="002152C7" w:rsidRPr="00C27844" w:rsidRDefault="002152C7" w:rsidP="00C27844">
      <w:pPr>
        <w:rPr>
          <w:rFonts w:asciiTheme="majorHAnsi" w:eastAsiaTheme="majorEastAsia" w:hAnsiTheme="majorHAnsi" w:cstheme="majorBidi"/>
          <w:b/>
          <w:bCs/>
          <w:color w:val="365F91" w:themeColor="accent1" w:themeShade="BF"/>
          <w:sz w:val="24"/>
          <w:szCs w:val="28"/>
        </w:rPr>
      </w:pPr>
      <w:r>
        <w:rPr>
          <w:lang w:val="en-AU"/>
        </w:rPr>
        <w:lastRenderedPageBreak/>
        <w:t>DECLARATION BY AUTHOR</w:t>
      </w:r>
    </w:p>
    <w:p w14:paraId="5E040D35" w14:textId="77777777" w:rsidR="002152C7" w:rsidRPr="00526C87" w:rsidRDefault="002152C7" w:rsidP="002152C7">
      <w:pPr>
        <w:rPr>
          <w:color w:val="8064A2" w:themeColor="accent4"/>
          <w:lang w:val="en-AU"/>
        </w:rPr>
      </w:pPr>
      <w:r w:rsidRPr="00526C87">
        <w:rPr>
          <w:color w:val="8064A2" w:themeColor="accent4"/>
          <w:lang w:val="en-AU"/>
        </w:rPr>
        <w:t xml:space="preserve">Start this section on a new page. All </w:t>
      </w:r>
      <w:r>
        <w:rPr>
          <w:color w:val="8064A2" w:themeColor="accent4"/>
          <w:lang w:val="en-AU"/>
        </w:rPr>
        <w:t>doctoral manuscripts</w:t>
      </w:r>
      <w:r w:rsidRPr="00526C87">
        <w:rPr>
          <w:color w:val="8064A2" w:themeColor="accent4"/>
          <w:lang w:val="en-AU"/>
        </w:rPr>
        <w:t xml:space="preserve"> must include this text verbatim.</w:t>
      </w:r>
    </w:p>
    <w:p w14:paraId="5C7B86DD" w14:textId="77777777" w:rsidR="002152C7" w:rsidRPr="00907502" w:rsidRDefault="002152C7" w:rsidP="002152C7">
      <w:pPr>
        <w:rPr>
          <w:lang w:val="en-AU"/>
        </w:rPr>
      </w:pPr>
      <w:r w:rsidRPr="00907502">
        <w:rPr>
          <w:lang w:val="en-AU"/>
        </w:rPr>
        <w:t xml:space="preserve">This </w:t>
      </w:r>
      <w:r>
        <w:rPr>
          <w:lang w:val="en-AU"/>
        </w:rPr>
        <w:t>manuscript</w:t>
      </w:r>
      <w:r w:rsidRPr="00907502">
        <w:rPr>
          <w:lang w:val="en-AU"/>
        </w:rPr>
        <w:t xml:space="preserve"> is composed of my original work, and contains no material previously published, written by another person, or generated by artificial intelligence (AI), except where clearly referenced and acknowledged either in the main text or the preliminary pages of this thesis. </w:t>
      </w:r>
    </w:p>
    <w:p w14:paraId="09F1B99C" w14:textId="77777777" w:rsidR="002152C7" w:rsidRPr="00907502" w:rsidRDefault="002152C7" w:rsidP="002152C7">
      <w:pPr>
        <w:rPr>
          <w:lang w:val="en-AU"/>
        </w:rPr>
      </w:pPr>
      <w:r w:rsidRPr="00907502">
        <w:rPr>
          <w:lang w:val="en-AU"/>
        </w:rPr>
        <w:t xml:space="preserve">I have clearly stated the contribution of others to my </w:t>
      </w:r>
      <w:r>
        <w:rPr>
          <w:lang w:val="en-AU"/>
        </w:rPr>
        <w:t>manuscript</w:t>
      </w:r>
      <w:r w:rsidRPr="00907502">
        <w:rPr>
          <w:lang w:val="en-AU"/>
        </w:rPr>
        <w:t xml:space="preserve">, including statistical assistance, survey design, data analysis, significant technical procedures, professional editorial advice, use of AI tools, financial support and any other original research work used or reported in my thesis. The content of my </w:t>
      </w:r>
      <w:r>
        <w:rPr>
          <w:lang w:val="en-AU"/>
        </w:rPr>
        <w:t>manuscript</w:t>
      </w:r>
      <w:r w:rsidRPr="00907502">
        <w:rPr>
          <w:lang w:val="en-AU"/>
        </w:rPr>
        <w:t xml:space="preserve"> is the result of work I have carried out since the commencement of my </w:t>
      </w:r>
      <w:r>
        <w:rPr>
          <w:lang w:val="en-AU"/>
        </w:rPr>
        <w:t>doctoral</w:t>
      </w:r>
      <w:r w:rsidRPr="00907502">
        <w:rPr>
          <w:lang w:val="en-AU"/>
        </w:rPr>
        <w:t xml:space="preserve"> candidature and does not include a substantial part of work that has been submitted to qualify for the award of any other degree or diploma in any university or other tertiary institution. I have clearly stated which parts of my </w:t>
      </w:r>
      <w:r>
        <w:rPr>
          <w:lang w:val="en-AU"/>
        </w:rPr>
        <w:t>manuscript</w:t>
      </w:r>
      <w:r w:rsidRPr="00907502">
        <w:rPr>
          <w:lang w:val="en-AU"/>
        </w:rPr>
        <w:t>, if any, have been submitted to qualify for another award.</w:t>
      </w:r>
    </w:p>
    <w:p w14:paraId="196A49AD" w14:textId="77777777" w:rsidR="002152C7" w:rsidRPr="00907502" w:rsidRDefault="002152C7" w:rsidP="002152C7">
      <w:pPr>
        <w:rPr>
          <w:lang w:val="en-AU"/>
        </w:rPr>
      </w:pPr>
      <w:r w:rsidRPr="00907502">
        <w:rPr>
          <w:lang w:val="en-AU"/>
        </w:rPr>
        <w:t xml:space="preserve">I acknowledge that an electronic copy of my </w:t>
      </w:r>
      <w:r>
        <w:rPr>
          <w:lang w:val="en-AU"/>
        </w:rPr>
        <w:t>manuscript</w:t>
      </w:r>
      <w:r w:rsidRPr="00907502">
        <w:rPr>
          <w:lang w:val="en-AU"/>
        </w:rPr>
        <w:t xml:space="preserve"> must be lodged with the </w:t>
      </w:r>
      <w:r>
        <w:rPr>
          <w:lang w:val="en-AU"/>
        </w:rPr>
        <w:t>Digital Commons of the Houston Cole</w:t>
      </w:r>
      <w:r w:rsidRPr="00907502">
        <w:rPr>
          <w:lang w:val="en-AU"/>
        </w:rPr>
        <w:t xml:space="preserve"> Library and, subject to the policy and procedures of </w:t>
      </w:r>
      <w:r w:rsidRPr="00AC65BB">
        <w:rPr>
          <w:lang w:val="en-AU"/>
        </w:rPr>
        <w:t>Jacksonville State University</w:t>
      </w:r>
      <w:r w:rsidRPr="00907502">
        <w:rPr>
          <w:lang w:val="en-AU"/>
        </w:rPr>
        <w:t xml:space="preserve">, the </w:t>
      </w:r>
      <w:r>
        <w:rPr>
          <w:lang w:val="en-AU"/>
        </w:rPr>
        <w:t>manuscript</w:t>
      </w:r>
      <w:r w:rsidRPr="00907502">
        <w:rPr>
          <w:lang w:val="en-AU"/>
        </w:rPr>
        <w:t xml:space="preserve"> must be made available for research and study in accordance with the Copyright Act 1968 unless a period of embargo has been approved by the Dean of Graduate S</w:t>
      </w:r>
      <w:r>
        <w:rPr>
          <w:lang w:val="en-AU"/>
        </w:rPr>
        <w:t>tudies</w:t>
      </w:r>
      <w:r w:rsidRPr="00907502">
        <w:rPr>
          <w:lang w:val="en-AU"/>
        </w:rPr>
        <w:t>.</w:t>
      </w:r>
    </w:p>
    <w:p w14:paraId="1D992793" w14:textId="77777777" w:rsidR="002152C7" w:rsidRPr="00907502" w:rsidRDefault="002152C7" w:rsidP="002152C7">
      <w:pPr>
        <w:rPr>
          <w:lang w:val="en-AU"/>
        </w:rPr>
      </w:pPr>
      <w:r w:rsidRPr="00907502">
        <w:rPr>
          <w:lang w:val="en-AU"/>
        </w:rPr>
        <w:t xml:space="preserve">I acknowledge that copyright of all material contained in my </w:t>
      </w:r>
      <w:r>
        <w:rPr>
          <w:lang w:val="en-AU"/>
        </w:rPr>
        <w:t>manuscript</w:t>
      </w:r>
      <w:r w:rsidRPr="00907502">
        <w:rPr>
          <w:lang w:val="en-AU"/>
        </w:rPr>
        <w:t xml:space="preserve"> resides with the copyright holder(s) of that material. Where appropriate I have obtained copyright permission from the copyright holder to reproduce material in this thesis and have sought permission from co-authors for any jointly authored works included in the thesis.</w:t>
      </w:r>
    </w:p>
    <w:p w14:paraId="178FEEF2" w14:textId="77777777" w:rsidR="002152C7" w:rsidRDefault="002152C7" w:rsidP="002152C7">
      <w:pPr>
        <w:rPr>
          <w:lang w:val="en-AU"/>
        </w:rPr>
      </w:pPr>
    </w:p>
    <w:p w14:paraId="07CE8AC4" w14:textId="77777777" w:rsidR="002152C7" w:rsidRDefault="002152C7" w:rsidP="002152C7">
      <w:pPr>
        <w:rPr>
          <w:rFonts w:asciiTheme="majorHAnsi" w:eastAsiaTheme="majorEastAsia" w:hAnsiTheme="majorHAnsi" w:cstheme="majorBidi"/>
          <w:b/>
          <w:bCs/>
          <w:color w:val="365F91" w:themeColor="accent1" w:themeShade="BF"/>
          <w:sz w:val="24"/>
          <w:szCs w:val="28"/>
          <w:lang w:val="en-AU"/>
        </w:rPr>
      </w:pPr>
      <w:r>
        <w:rPr>
          <w:lang w:val="en-AU"/>
        </w:rPr>
        <w:br w:type="page"/>
      </w:r>
    </w:p>
    <w:p w14:paraId="4B196987" w14:textId="78218FA3" w:rsidR="002152C7" w:rsidRPr="00575779" w:rsidRDefault="002152C7" w:rsidP="00B61B98">
      <w:pPr>
        <w:pStyle w:val="Heading1"/>
        <w:rPr>
          <w:lang w:val="en-AU"/>
        </w:rPr>
      </w:pPr>
      <w:r>
        <w:rPr>
          <w:lang w:val="en-AU"/>
        </w:rPr>
        <w:lastRenderedPageBreak/>
        <w:t>USE OF ARTIFICIAL INTELLIGENCE</w:t>
      </w:r>
    </w:p>
    <w:p w14:paraId="28F24E0A" w14:textId="77777777" w:rsidR="002152C7" w:rsidRDefault="002152C7" w:rsidP="002152C7">
      <w:pPr>
        <w:rPr>
          <w:color w:val="8064A2" w:themeColor="accent4"/>
          <w:lang w:val="en-AU"/>
        </w:rPr>
      </w:pPr>
      <w:r>
        <w:rPr>
          <w:color w:val="8064A2" w:themeColor="accent4"/>
          <w:lang w:val="en-AU"/>
        </w:rPr>
        <w:t>Start this section on a new page.</w:t>
      </w:r>
    </w:p>
    <w:p w14:paraId="72A8A1FB" w14:textId="77777777" w:rsidR="002152C7" w:rsidRPr="00024E49" w:rsidRDefault="002152C7" w:rsidP="002152C7">
      <w:pPr>
        <w:rPr>
          <w:color w:val="8064A2" w:themeColor="accent4"/>
          <w:lang w:val="en-AU"/>
        </w:rPr>
      </w:pPr>
      <w:r w:rsidRPr="00024E49">
        <w:rPr>
          <w:color w:val="8064A2" w:themeColor="accent4"/>
          <w:lang w:val="en-AU"/>
        </w:rPr>
        <w:t>This table should be used to provide readers with an overview of how Artificial Intelligence (AI) tools were used in your research and in the preparation of this manuscript. You do not need to list every prompt or interaction; where AI was used multiple times for similar tasks, report this once and include one or two indicative examples.</w:t>
      </w:r>
      <w:r>
        <w:rPr>
          <w:color w:val="8064A2" w:themeColor="accent4"/>
          <w:lang w:val="en-AU"/>
        </w:rPr>
        <w:t xml:space="preserve"> </w:t>
      </w:r>
    </w:p>
    <w:p w14:paraId="4A5B1DE8" w14:textId="77777777" w:rsidR="002152C7" w:rsidRPr="00024E49" w:rsidRDefault="002152C7" w:rsidP="002152C7">
      <w:pPr>
        <w:rPr>
          <w:color w:val="8064A2" w:themeColor="accent4"/>
          <w:lang w:val="en-AU"/>
        </w:rPr>
      </w:pPr>
    </w:p>
    <w:tbl>
      <w:tblPr>
        <w:tblStyle w:val="TableGrid"/>
        <w:tblW w:w="0" w:type="auto"/>
        <w:tblLook w:val="04A0" w:firstRow="1" w:lastRow="0" w:firstColumn="1" w:lastColumn="0" w:noHBand="0" w:noVBand="1"/>
      </w:tblPr>
      <w:tblGrid>
        <w:gridCol w:w="1520"/>
        <w:gridCol w:w="3412"/>
        <w:gridCol w:w="2560"/>
        <w:gridCol w:w="1858"/>
      </w:tblGrid>
      <w:tr w:rsidR="002152C7" w:rsidRPr="00024E49" w14:paraId="05660E00" w14:textId="77777777" w:rsidTr="007467D2">
        <w:tc>
          <w:tcPr>
            <w:tcW w:w="0" w:type="auto"/>
            <w:tcBorders>
              <w:top w:val="single" w:sz="4" w:space="0" w:color="auto"/>
              <w:left w:val="single" w:sz="4" w:space="0" w:color="auto"/>
              <w:bottom w:val="single" w:sz="4" w:space="0" w:color="auto"/>
              <w:right w:val="single" w:sz="4" w:space="0" w:color="auto"/>
            </w:tcBorders>
            <w:hideMark/>
          </w:tcPr>
          <w:p w14:paraId="249733B6" w14:textId="77777777" w:rsidR="002152C7" w:rsidRPr="00024E49" w:rsidRDefault="002152C7" w:rsidP="007467D2">
            <w:pPr>
              <w:spacing w:after="200" w:line="276" w:lineRule="auto"/>
              <w:rPr>
                <w:b/>
                <w:bCs/>
                <w:color w:val="8064A2" w:themeColor="accent4"/>
                <w:lang w:val="en-AU"/>
              </w:rPr>
            </w:pPr>
            <w:r w:rsidRPr="00024E49">
              <w:rPr>
                <w:b/>
                <w:bCs/>
                <w:color w:val="8064A2" w:themeColor="accent4"/>
                <w:lang w:val="en-AU"/>
              </w:rPr>
              <w:t>AI Tool</w:t>
            </w:r>
          </w:p>
        </w:tc>
        <w:tc>
          <w:tcPr>
            <w:tcW w:w="0" w:type="auto"/>
            <w:tcBorders>
              <w:top w:val="single" w:sz="4" w:space="0" w:color="auto"/>
              <w:left w:val="single" w:sz="4" w:space="0" w:color="auto"/>
              <w:bottom w:val="single" w:sz="4" w:space="0" w:color="auto"/>
              <w:right w:val="single" w:sz="4" w:space="0" w:color="auto"/>
            </w:tcBorders>
            <w:hideMark/>
          </w:tcPr>
          <w:p w14:paraId="57A78C35" w14:textId="77777777" w:rsidR="002152C7" w:rsidRPr="00024E49" w:rsidRDefault="002152C7" w:rsidP="007467D2">
            <w:pPr>
              <w:spacing w:after="200" w:line="276" w:lineRule="auto"/>
              <w:rPr>
                <w:b/>
                <w:bCs/>
                <w:color w:val="8064A2" w:themeColor="accent4"/>
                <w:lang w:val="en-AU"/>
              </w:rPr>
            </w:pPr>
            <w:r w:rsidRPr="00024E49">
              <w:rPr>
                <w:b/>
                <w:bCs/>
                <w:color w:val="8064A2" w:themeColor="accent4"/>
                <w:lang w:val="en-AU"/>
              </w:rPr>
              <w:t>Purpose of Use</w:t>
            </w:r>
          </w:p>
        </w:tc>
        <w:tc>
          <w:tcPr>
            <w:tcW w:w="0" w:type="auto"/>
            <w:tcBorders>
              <w:top w:val="single" w:sz="4" w:space="0" w:color="auto"/>
              <w:left w:val="single" w:sz="4" w:space="0" w:color="auto"/>
              <w:bottom w:val="single" w:sz="4" w:space="0" w:color="auto"/>
              <w:right w:val="single" w:sz="4" w:space="0" w:color="auto"/>
            </w:tcBorders>
            <w:hideMark/>
          </w:tcPr>
          <w:p w14:paraId="51BAA4D8" w14:textId="77777777" w:rsidR="002152C7" w:rsidRPr="00024E49" w:rsidRDefault="002152C7" w:rsidP="007467D2">
            <w:pPr>
              <w:spacing w:after="200" w:line="276" w:lineRule="auto"/>
              <w:rPr>
                <w:b/>
                <w:bCs/>
                <w:color w:val="8064A2" w:themeColor="accent4"/>
                <w:lang w:val="en-AU"/>
              </w:rPr>
            </w:pPr>
            <w:r w:rsidRPr="00024E49">
              <w:rPr>
                <w:b/>
                <w:bCs/>
                <w:color w:val="8064A2" w:themeColor="accent4"/>
                <w:lang w:val="en-AU"/>
              </w:rPr>
              <w:t xml:space="preserve">Indicative Prompts </w:t>
            </w:r>
          </w:p>
        </w:tc>
        <w:tc>
          <w:tcPr>
            <w:tcW w:w="0" w:type="auto"/>
            <w:tcBorders>
              <w:top w:val="single" w:sz="4" w:space="0" w:color="auto"/>
              <w:left w:val="single" w:sz="4" w:space="0" w:color="auto"/>
              <w:bottom w:val="single" w:sz="4" w:space="0" w:color="auto"/>
              <w:right w:val="single" w:sz="4" w:space="0" w:color="auto"/>
            </w:tcBorders>
            <w:hideMark/>
          </w:tcPr>
          <w:p w14:paraId="0052D946" w14:textId="77777777" w:rsidR="002152C7" w:rsidRPr="00024E49" w:rsidRDefault="002152C7" w:rsidP="007467D2">
            <w:pPr>
              <w:spacing w:after="200" w:line="276" w:lineRule="auto"/>
              <w:rPr>
                <w:b/>
                <w:bCs/>
                <w:color w:val="8064A2" w:themeColor="accent4"/>
                <w:lang w:val="en-AU"/>
              </w:rPr>
            </w:pPr>
            <w:r w:rsidRPr="00024E49">
              <w:rPr>
                <w:b/>
                <w:bCs/>
                <w:color w:val="8064A2" w:themeColor="accent4"/>
                <w:lang w:val="en-AU"/>
              </w:rPr>
              <w:t>Thesis Section</w:t>
            </w:r>
          </w:p>
        </w:tc>
      </w:tr>
      <w:tr w:rsidR="002152C7" w:rsidRPr="00024E49" w14:paraId="30D6ACE7" w14:textId="77777777" w:rsidTr="007467D2">
        <w:tc>
          <w:tcPr>
            <w:tcW w:w="0" w:type="auto"/>
            <w:tcBorders>
              <w:top w:val="single" w:sz="4" w:space="0" w:color="auto"/>
              <w:left w:val="single" w:sz="4" w:space="0" w:color="auto"/>
              <w:bottom w:val="single" w:sz="4" w:space="0" w:color="auto"/>
              <w:right w:val="single" w:sz="4" w:space="0" w:color="auto"/>
            </w:tcBorders>
            <w:hideMark/>
          </w:tcPr>
          <w:p w14:paraId="3733D8FD"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{Name and version of AI tool}</w:t>
            </w:r>
          </w:p>
        </w:tc>
        <w:tc>
          <w:tcPr>
            <w:tcW w:w="0" w:type="auto"/>
            <w:tcBorders>
              <w:top w:val="single" w:sz="4" w:space="0" w:color="auto"/>
              <w:left w:val="single" w:sz="4" w:space="0" w:color="auto"/>
              <w:bottom w:val="single" w:sz="4" w:space="0" w:color="auto"/>
              <w:right w:val="single" w:sz="4" w:space="0" w:color="auto"/>
            </w:tcBorders>
            <w:hideMark/>
          </w:tcPr>
          <w:p w14:paraId="5B183298"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{How you used the AI tool, e.g., data analysis, literature review assistance, language editing}</w:t>
            </w:r>
          </w:p>
        </w:tc>
        <w:tc>
          <w:tcPr>
            <w:tcW w:w="0" w:type="auto"/>
            <w:tcBorders>
              <w:top w:val="single" w:sz="4" w:space="0" w:color="auto"/>
              <w:left w:val="single" w:sz="4" w:space="0" w:color="auto"/>
              <w:bottom w:val="single" w:sz="4" w:space="0" w:color="auto"/>
              <w:right w:val="single" w:sz="4" w:space="0" w:color="auto"/>
            </w:tcBorders>
            <w:hideMark/>
          </w:tcPr>
          <w:p w14:paraId="4A59CC42"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{Indicative prompts or queries you entered into the AI tool}</w:t>
            </w:r>
          </w:p>
        </w:tc>
        <w:tc>
          <w:tcPr>
            <w:tcW w:w="0" w:type="auto"/>
            <w:tcBorders>
              <w:top w:val="single" w:sz="4" w:space="0" w:color="auto"/>
              <w:left w:val="single" w:sz="4" w:space="0" w:color="auto"/>
              <w:bottom w:val="single" w:sz="4" w:space="0" w:color="auto"/>
              <w:right w:val="single" w:sz="4" w:space="0" w:color="auto"/>
            </w:tcBorders>
            <w:hideMark/>
          </w:tcPr>
          <w:p w14:paraId="71FDCE0D"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{Specific chapters or sections affected}</w:t>
            </w:r>
          </w:p>
        </w:tc>
      </w:tr>
    </w:tbl>
    <w:p w14:paraId="36B3EE37" w14:textId="77777777" w:rsidR="002152C7" w:rsidRPr="00024E49" w:rsidRDefault="002152C7" w:rsidP="002152C7">
      <w:pPr>
        <w:rPr>
          <w:b/>
          <w:bCs/>
          <w:color w:val="8064A2" w:themeColor="accent4"/>
          <w:lang w:val="en-AU"/>
        </w:rPr>
      </w:pPr>
    </w:p>
    <w:p w14:paraId="2FC674B8" w14:textId="77777777" w:rsidR="002152C7" w:rsidRPr="00024E49" w:rsidRDefault="002152C7" w:rsidP="002152C7">
      <w:pPr>
        <w:rPr>
          <w:color w:val="8064A2" w:themeColor="accent4"/>
          <w:lang w:val="en-AU"/>
        </w:rPr>
      </w:pPr>
      <w:r w:rsidRPr="00024E49">
        <w:rPr>
          <w:color w:val="8064A2" w:themeColor="accent4"/>
          <w:lang w:val="en-AU"/>
        </w:rPr>
        <w:t>How to complete your AI declaration table:</w:t>
      </w:r>
    </w:p>
    <w:p w14:paraId="6B788E48" w14:textId="77777777" w:rsidR="002152C7" w:rsidRPr="00024E49" w:rsidRDefault="002152C7" w:rsidP="002152C7">
      <w:pPr>
        <w:numPr>
          <w:ilvl w:val="0"/>
          <w:numId w:val="13"/>
        </w:numPr>
        <w:rPr>
          <w:color w:val="8064A2" w:themeColor="accent4"/>
          <w:lang w:val="en-AU"/>
        </w:rPr>
      </w:pPr>
      <w:r w:rsidRPr="00024E49">
        <w:rPr>
          <w:i/>
          <w:iCs/>
          <w:color w:val="8064A2" w:themeColor="accent4"/>
          <w:lang w:val="en-AU"/>
        </w:rPr>
        <w:t>AI Tool:</w:t>
      </w:r>
      <w:r w:rsidRPr="00024E49">
        <w:rPr>
          <w:color w:val="8064A2" w:themeColor="accent4"/>
          <w:lang w:val="en-AU"/>
        </w:rPr>
        <w:t> Clearly identify the name and version of each AI tool you used (e.g., ChatGPT 4.0, Grammarly).</w:t>
      </w:r>
    </w:p>
    <w:p w14:paraId="0AF75F63" w14:textId="77777777" w:rsidR="002152C7" w:rsidRPr="00024E49" w:rsidRDefault="002152C7" w:rsidP="002152C7">
      <w:pPr>
        <w:numPr>
          <w:ilvl w:val="0"/>
          <w:numId w:val="13"/>
        </w:numPr>
        <w:rPr>
          <w:color w:val="8064A2" w:themeColor="accent4"/>
          <w:lang w:val="en-AU"/>
        </w:rPr>
      </w:pPr>
      <w:r w:rsidRPr="00024E49">
        <w:rPr>
          <w:i/>
          <w:iCs/>
          <w:color w:val="8064A2" w:themeColor="accent4"/>
          <w:lang w:val="en-AU"/>
        </w:rPr>
        <w:t>Purpose of Use:</w:t>
      </w:r>
      <w:r w:rsidRPr="00024E49">
        <w:rPr>
          <w:color w:val="8064A2" w:themeColor="accent4"/>
          <w:lang w:val="en-AU"/>
        </w:rPr>
        <w:t> Describe how you used the AI tool in your research or writing process.</w:t>
      </w:r>
    </w:p>
    <w:p w14:paraId="4F131CED" w14:textId="77777777" w:rsidR="002152C7" w:rsidRPr="00024E49" w:rsidRDefault="002152C7" w:rsidP="002152C7">
      <w:pPr>
        <w:numPr>
          <w:ilvl w:val="0"/>
          <w:numId w:val="13"/>
        </w:numPr>
        <w:rPr>
          <w:color w:val="8064A2" w:themeColor="accent4"/>
          <w:lang w:val="en-AU"/>
        </w:rPr>
      </w:pPr>
      <w:r w:rsidRPr="00024E49">
        <w:rPr>
          <w:i/>
          <w:iCs/>
          <w:color w:val="8064A2" w:themeColor="accent4"/>
          <w:lang w:val="en-AU"/>
        </w:rPr>
        <w:t>Indicative Prompts:</w:t>
      </w:r>
      <w:r w:rsidRPr="00024E49">
        <w:rPr>
          <w:color w:val="8064A2" w:themeColor="accent4"/>
          <w:lang w:val="en-AU"/>
        </w:rPr>
        <w:t> Provide one or two indicative prompts or instructions to demonstrate the use case. Where AI was used repeatedly for the same purpose (e.g., language editing), list the use case once and include one example prompt that is typical of that use. Focus on initial or representative prompts that demonstrate the use case, rather than complete conversational or iterative prompt sequences.</w:t>
      </w:r>
    </w:p>
    <w:p w14:paraId="2B498046" w14:textId="77777777" w:rsidR="002152C7" w:rsidRPr="00024E49" w:rsidRDefault="002152C7" w:rsidP="002152C7">
      <w:pPr>
        <w:numPr>
          <w:ilvl w:val="0"/>
          <w:numId w:val="13"/>
        </w:numPr>
        <w:rPr>
          <w:color w:val="8064A2" w:themeColor="accent4"/>
          <w:lang w:val="en-AU"/>
        </w:rPr>
      </w:pPr>
      <w:r w:rsidRPr="00024E49">
        <w:rPr>
          <w:i/>
          <w:iCs/>
          <w:color w:val="8064A2" w:themeColor="accent4"/>
          <w:lang w:val="en-AU"/>
        </w:rPr>
        <w:t>Thesis Section:</w:t>
      </w:r>
      <w:r w:rsidRPr="00024E49">
        <w:rPr>
          <w:color w:val="8064A2" w:themeColor="accent4"/>
          <w:lang w:val="en-AU"/>
        </w:rPr>
        <w:t> Specify the chapter(s) or page(s) in your thesis where AI-generated content or assistance was used.</w:t>
      </w:r>
    </w:p>
    <w:p w14:paraId="3DCABE8B" w14:textId="77777777" w:rsidR="002152C7" w:rsidRPr="00024E49" w:rsidRDefault="002152C7" w:rsidP="002152C7">
      <w:pPr>
        <w:rPr>
          <w:color w:val="8064A2" w:themeColor="accent4"/>
          <w:lang w:val="en-AU"/>
        </w:rPr>
      </w:pPr>
      <w:r w:rsidRPr="00024E49">
        <w:rPr>
          <w:color w:val="8064A2" w:themeColor="accent4"/>
          <w:lang w:val="en-AU"/>
        </w:rPr>
        <w:t>Repeated use of the same prompt to improve clarity across multiple chapters should be reported once, not chapter by chapter. As a guide, most theses will require no more than 5 to 10 rows in total, if any.</w:t>
      </w:r>
    </w:p>
    <w:p w14:paraId="25FCAE6B" w14:textId="77777777" w:rsidR="002152C7" w:rsidRDefault="002152C7" w:rsidP="002152C7">
      <w:pPr>
        <w:rPr>
          <w:b/>
          <w:bCs/>
          <w:color w:val="8064A2" w:themeColor="accent4"/>
          <w:lang w:val="en-AU"/>
        </w:rPr>
      </w:pPr>
    </w:p>
    <w:p w14:paraId="69BC0321" w14:textId="77777777" w:rsidR="002152C7" w:rsidRPr="00D60C09" w:rsidRDefault="002152C7" w:rsidP="002152C7">
      <w:pPr>
        <w:rPr>
          <w:color w:val="8064A2" w:themeColor="accent4"/>
          <w:lang w:val="en-AU"/>
        </w:rPr>
      </w:pPr>
      <w:r w:rsidRPr="00D60C09">
        <w:rPr>
          <w:color w:val="8064A2" w:themeColor="accent4"/>
          <w:lang w:val="en-AU"/>
        </w:rPr>
        <w:t xml:space="preserve">If AI was not used in your research or thesis preparation, then state “No artificial intelligence used” under this heading. </w:t>
      </w:r>
    </w:p>
    <w:p w14:paraId="6CD0F508" w14:textId="77777777" w:rsidR="002152C7" w:rsidRPr="00024E49" w:rsidRDefault="002152C7" w:rsidP="002152C7">
      <w:pPr>
        <w:rPr>
          <w:b/>
          <w:bCs/>
          <w:color w:val="8064A2" w:themeColor="accent4"/>
          <w:lang w:val="en-AU"/>
        </w:rPr>
      </w:pPr>
    </w:p>
    <w:p w14:paraId="27553143" w14:textId="77777777" w:rsidR="002152C7" w:rsidRDefault="002152C7" w:rsidP="002152C7">
      <w:pPr>
        <w:rPr>
          <w:i/>
          <w:iCs/>
          <w:color w:val="8064A2" w:themeColor="accent4"/>
          <w:lang w:val="en-AU"/>
        </w:rPr>
      </w:pPr>
    </w:p>
    <w:p w14:paraId="0A4FACD6" w14:textId="77777777" w:rsidR="002152C7" w:rsidRPr="00024E49" w:rsidRDefault="002152C7" w:rsidP="002152C7">
      <w:pPr>
        <w:rPr>
          <w:i/>
          <w:iCs/>
          <w:color w:val="8064A2" w:themeColor="accent4"/>
          <w:lang w:val="en-AU"/>
        </w:rPr>
      </w:pPr>
      <w:r w:rsidRPr="00024E49">
        <w:rPr>
          <w:i/>
          <w:iCs/>
          <w:color w:val="8064A2" w:themeColor="accent4"/>
          <w:lang w:val="en-AU"/>
        </w:rPr>
        <w:lastRenderedPageBreak/>
        <w:t>Example of a Completed AI Declaration Table:</w:t>
      </w:r>
    </w:p>
    <w:tbl>
      <w:tblPr>
        <w:tblStyle w:val="TableGrid"/>
        <w:tblW w:w="5000" w:type="pct"/>
        <w:tblLook w:val="04A0" w:firstRow="1" w:lastRow="0" w:firstColumn="1" w:lastColumn="0" w:noHBand="0" w:noVBand="1"/>
      </w:tblPr>
      <w:tblGrid>
        <w:gridCol w:w="1352"/>
        <w:gridCol w:w="2990"/>
        <w:gridCol w:w="2962"/>
        <w:gridCol w:w="2046"/>
      </w:tblGrid>
      <w:tr w:rsidR="002152C7" w:rsidRPr="00024E49" w14:paraId="23599C05" w14:textId="77777777" w:rsidTr="007467D2">
        <w:tc>
          <w:tcPr>
            <w:tcW w:w="723" w:type="pct"/>
            <w:tcBorders>
              <w:top w:val="single" w:sz="4" w:space="0" w:color="auto"/>
              <w:left w:val="single" w:sz="4" w:space="0" w:color="auto"/>
              <w:bottom w:val="single" w:sz="4" w:space="0" w:color="auto"/>
              <w:right w:val="single" w:sz="4" w:space="0" w:color="auto"/>
            </w:tcBorders>
            <w:hideMark/>
          </w:tcPr>
          <w:p w14:paraId="2DA64AE3" w14:textId="77777777" w:rsidR="002152C7" w:rsidRPr="00024E49" w:rsidRDefault="002152C7" w:rsidP="007467D2">
            <w:pPr>
              <w:spacing w:after="200" w:line="276" w:lineRule="auto"/>
              <w:rPr>
                <w:b/>
                <w:bCs/>
                <w:color w:val="8064A2" w:themeColor="accent4"/>
                <w:lang w:val="en-AU"/>
              </w:rPr>
            </w:pPr>
            <w:r w:rsidRPr="00024E49">
              <w:rPr>
                <w:b/>
                <w:bCs/>
                <w:color w:val="8064A2" w:themeColor="accent4"/>
                <w:lang w:val="en-AU"/>
              </w:rPr>
              <w:t>AI Tool</w:t>
            </w:r>
          </w:p>
        </w:tc>
        <w:tc>
          <w:tcPr>
            <w:tcW w:w="1599" w:type="pct"/>
            <w:tcBorders>
              <w:top w:val="single" w:sz="4" w:space="0" w:color="auto"/>
              <w:left w:val="single" w:sz="4" w:space="0" w:color="auto"/>
              <w:bottom w:val="single" w:sz="4" w:space="0" w:color="auto"/>
              <w:right w:val="single" w:sz="4" w:space="0" w:color="auto"/>
            </w:tcBorders>
            <w:hideMark/>
          </w:tcPr>
          <w:p w14:paraId="5F93A255" w14:textId="77777777" w:rsidR="002152C7" w:rsidRPr="00024E49" w:rsidRDefault="002152C7" w:rsidP="007467D2">
            <w:pPr>
              <w:spacing w:after="200" w:line="276" w:lineRule="auto"/>
              <w:rPr>
                <w:b/>
                <w:bCs/>
                <w:color w:val="8064A2" w:themeColor="accent4"/>
                <w:lang w:val="en-AU"/>
              </w:rPr>
            </w:pPr>
            <w:r w:rsidRPr="00024E49">
              <w:rPr>
                <w:b/>
                <w:bCs/>
                <w:color w:val="8064A2" w:themeColor="accent4"/>
                <w:lang w:val="en-AU"/>
              </w:rPr>
              <w:t>Purpose of Use</w:t>
            </w:r>
          </w:p>
        </w:tc>
        <w:tc>
          <w:tcPr>
            <w:tcW w:w="1584" w:type="pct"/>
            <w:tcBorders>
              <w:top w:val="single" w:sz="4" w:space="0" w:color="auto"/>
              <w:left w:val="single" w:sz="4" w:space="0" w:color="auto"/>
              <w:bottom w:val="single" w:sz="4" w:space="0" w:color="auto"/>
              <w:right w:val="single" w:sz="4" w:space="0" w:color="auto"/>
            </w:tcBorders>
            <w:hideMark/>
          </w:tcPr>
          <w:p w14:paraId="3DC775BD" w14:textId="77777777" w:rsidR="002152C7" w:rsidRPr="00024E49" w:rsidRDefault="002152C7" w:rsidP="007467D2">
            <w:pPr>
              <w:spacing w:after="200" w:line="276" w:lineRule="auto"/>
              <w:rPr>
                <w:b/>
                <w:bCs/>
                <w:color w:val="8064A2" w:themeColor="accent4"/>
                <w:lang w:val="en-AU"/>
              </w:rPr>
            </w:pPr>
            <w:r w:rsidRPr="00024E49">
              <w:rPr>
                <w:b/>
                <w:bCs/>
                <w:color w:val="8064A2" w:themeColor="accent4"/>
                <w:lang w:val="en-AU"/>
              </w:rPr>
              <w:t>Indicative Prompts</w:t>
            </w:r>
          </w:p>
        </w:tc>
        <w:tc>
          <w:tcPr>
            <w:tcW w:w="1095" w:type="pct"/>
            <w:tcBorders>
              <w:top w:val="single" w:sz="4" w:space="0" w:color="auto"/>
              <w:left w:val="single" w:sz="4" w:space="0" w:color="auto"/>
              <w:bottom w:val="single" w:sz="4" w:space="0" w:color="auto"/>
              <w:right w:val="single" w:sz="4" w:space="0" w:color="auto"/>
            </w:tcBorders>
            <w:hideMark/>
          </w:tcPr>
          <w:p w14:paraId="27FCABDA" w14:textId="77777777" w:rsidR="002152C7" w:rsidRPr="00024E49" w:rsidRDefault="002152C7" w:rsidP="007467D2">
            <w:pPr>
              <w:spacing w:after="200" w:line="276" w:lineRule="auto"/>
              <w:rPr>
                <w:b/>
                <w:bCs/>
                <w:color w:val="8064A2" w:themeColor="accent4"/>
                <w:lang w:val="en-AU"/>
              </w:rPr>
            </w:pPr>
            <w:r w:rsidRPr="00024E49">
              <w:rPr>
                <w:b/>
                <w:bCs/>
                <w:color w:val="8064A2" w:themeColor="accent4"/>
                <w:lang w:val="en-AU"/>
              </w:rPr>
              <w:t>Thesis Section</w:t>
            </w:r>
          </w:p>
        </w:tc>
      </w:tr>
      <w:tr w:rsidR="002152C7" w:rsidRPr="00024E49" w14:paraId="702F7658" w14:textId="77777777" w:rsidTr="007467D2">
        <w:tc>
          <w:tcPr>
            <w:tcW w:w="723" w:type="pct"/>
            <w:tcBorders>
              <w:top w:val="single" w:sz="4" w:space="0" w:color="auto"/>
              <w:left w:val="single" w:sz="4" w:space="0" w:color="auto"/>
              <w:bottom w:val="single" w:sz="4" w:space="0" w:color="auto"/>
              <w:right w:val="single" w:sz="4" w:space="0" w:color="auto"/>
            </w:tcBorders>
            <w:hideMark/>
          </w:tcPr>
          <w:p w14:paraId="3FC32CC8"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Microsoft Copilot</w:t>
            </w:r>
          </w:p>
        </w:tc>
        <w:tc>
          <w:tcPr>
            <w:tcW w:w="1599" w:type="pct"/>
            <w:tcBorders>
              <w:top w:val="single" w:sz="4" w:space="0" w:color="auto"/>
              <w:left w:val="single" w:sz="4" w:space="0" w:color="auto"/>
              <w:bottom w:val="single" w:sz="4" w:space="0" w:color="auto"/>
              <w:right w:val="single" w:sz="4" w:space="0" w:color="auto"/>
            </w:tcBorders>
            <w:hideMark/>
          </w:tcPr>
          <w:p w14:paraId="3D99BAA4"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Language editing for clarity and academic tone (repeated use)</w:t>
            </w:r>
          </w:p>
        </w:tc>
        <w:tc>
          <w:tcPr>
            <w:tcW w:w="1584" w:type="pct"/>
            <w:tcBorders>
              <w:top w:val="single" w:sz="4" w:space="0" w:color="auto"/>
              <w:left w:val="single" w:sz="4" w:space="0" w:color="auto"/>
              <w:bottom w:val="single" w:sz="4" w:space="0" w:color="auto"/>
              <w:right w:val="single" w:sz="4" w:space="0" w:color="auto"/>
            </w:tcBorders>
            <w:hideMark/>
          </w:tcPr>
          <w:p w14:paraId="4D99F214"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"Edit the following paragraph for clarity and academic tone without changing meaning."</w:t>
            </w:r>
          </w:p>
        </w:tc>
        <w:tc>
          <w:tcPr>
            <w:tcW w:w="1095" w:type="pct"/>
            <w:tcBorders>
              <w:top w:val="single" w:sz="4" w:space="0" w:color="auto"/>
              <w:left w:val="single" w:sz="4" w:space="0" w:color="auto"/>
              <w:bottom w:val="single" w:sz="4" w:space="0" w:color="auto"/>
              <w:right w:val="single" w:sz="4" w:space="0" w:color="auto"/>
            </w:tcBorders>
            <w:hideMark/>
          </w:tcPr>
          <w:p w14:paraId="25E8D491"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Chapters 1-6 (various sections)</w:t>
            </w:r>
          </w:p>
        </w:tc>
      </w:tr>
      <w:tr w:rsidR="002152C7" w:rsidRPr="00024E49" w14:paraId="6B9C4A04" w14:textId="77777777" w:rsidTr="007467D2">
        <w:tc>
          <w:tcPr>
            <w:tcW w:w="723" w:type="pct"/>
            <w:tcBorders>
              <w:top w:val="single" w:sz="4" w:space="0" w:color="auto"/>
              <w:left w:val="single" w:sz="4" w:space="0" w:color="auto"/>
              <w:bottom w:val="single" w:sz="4" w:space="0" w:color="auto"/>
              <w:right w:val="single" w:sz="4" w:space="0" w:color="auto"/>
            </w:tcBorders>
            <w:hideMark/>
          </w:tcPr>
          <w:p w14:paraId="67DC0C98"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ChatGPT 4.0</w:t>
            </w:r>
          </w:p>
        </w:tc>
        <w:tc>
          <w:tcPr>
            <w:tcW w:w="1599" w:type="pct"/>
            <w:tcBorders>
              <w:top w:val="single" w:sz="4" w:space="0" w:color="auto"/>
              <w:left w:val="single" w:sz="4" w:space="0" w:color="auto"/>
              <w:bottom w:val="single" w:sz="4" w:space="0" w:color="auto"/>
              <w:right w:val="single" w:sz="4" w:space="0" w:color="auto"/>
            </w:tcBorders>
            <w:hideMark/>
          </w:tcPr>
          <w:p w14:paraId="7FDC2285"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Assisted in brainstorming and refining research questions.</w:t>
            </w:r>
          </w:p>
        </w:tc>
        <w:tc>
          <w:tcPr>
            <w:tcW w:w="1584" w:type="pct"/>
            <w:tcBorders>
              <w:top w:val="single" w:sz="4" w:space="0" w:color="auto"/>
              <w:left w:val="single" w:sz="4" w:space="0" w:color="auto"/>
              <w:bottom w:val="single" w:sz="4" w:space="0" w:color="auto"/>
              <w:right w:val="single" w:sz="4" w:space="0" w:color="auto"/>
            </w:tcBorders>
            <w:hideMark/>
          </w:tcPr>
          <w:p w14:paraId="3B253975"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"Generate research questions related to sustainable urban development."</w:t>
            </w:r>
          </w:p>
        </w:tc>
        <w:tc>
          <w:tcPr>
            <w:tcW w:w="1095" w:type="pct"/>
            <w:tcBorders>
              <w:top w:val="single" w:sz="4" w:space="0" w:color="auto"/>
              <w:left w:val="single" w:sz="4" w:space="0" w:color="auto"/>
              <w:bottom w:val="single" w:sz="4" w:space="0" w:color="auto"/>
              <w:right w:val="single" w:sz="4" w:space="0" w:color="auto"/>
            </w:tcBorders>
            <w:hideMark/>
          </w:tcPr>
          <w:p w14:paraId="1E1A2223"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 xml:space="preserve">Chapter 1: Introduction </w:t>
            </w:r>
            <w:r w:rsidRPr="00024E49">
              <w:rPr>
                <w:color w:val="8064A2" w:themeColor="accent4"/>
                <w:lang w:val="en-AU"/>
              </w:rPr>
              <w:br/>
              <w:t>(pp. 3-5)</w:t>
            </w:r>
          </w:p>
        </w:tc>
      </w:tr>
      <w:tr w:rsidR="002152C7" w:rsidRPr="00024E49" w14:paraId="4F073649" w14:textId="77777777" w:rsidTr="007467D2">
        <w:tc>
          <w:tcPr>
            <w:tcW w:w="723" w:type="pct"/>
            <w:tcBorders>
              <w:top w:val="single" w:sz="4" w:space="0" w:color="auto"/>
              <w:left w:val="single" w:sz="4" w:space="0" w:color="auto"/>
              <w:bottom w:val="single" w:sz="4" w:space="0" w:color="auto"/>
              <w:right w:val="single" w:sz="4" w:space="0" w:color="auto"/>
            </w:tcBorders>
            <w:hideMark/>
          </w:tcPr>
          <w:p w14:paraId="65D06939"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Elicit</w:t>
            </w:r>
          </w:p>
        </w:tc>
        <w:tc>
          <w:tcPr>
            <w:tcW w:w="1599" w:type="pct"/>
            <w:tcBorders>
              <w:top w:val="single" w:sz="4" w:space="0" w:color="auto"/>
              <w:left w:val="single" w:sz="4" w:space="0" w:color="auto"/>
              <w:bottom w:val="single" w:sz="4" w:space="0" w:color="auto"/>
              <w:right w:val="single" w:sz="4" w:space="0" w:color="auto"/>
            </w:tcBorders>
            <w:hideMark/>
          </w:tcPr>
          <w:p w14:paraId="07618D99"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Curated and summarised relevant research papers, identifying key themes.</w:t>
            </w:r>
          </w:p>
        </w:tc>
        <w:tc>
          <w:tcPr>
            <w:tcW w:w="1584" w:type="pct"/>
            <w:tcBorders>
              <w:top w:val="single" w:sz="4" w:space="0" w:color="auto"/>
              <w:left w:val="single" w:sz="4" w:space="0" w:color="auto"/>
              <w:bottom w:val="single" w:sz="4" w:space="0" w:color="auto"/>
              <w:right w:val="single" w:sz="4" w:space="0" w:color="auto"/>
            </w:tcBorders>
            <w:hideMark/>
          </w:tcPr>
          <w:p w14:paraId="4481CA8C"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"Summarise recent studies on sustainable urban development."</w:t>
            </w:r>
          </w:p>
        </w:tc>
        <w:tc>
          <w:tcPr>
            <w:tcW w:w="1095" w:type="pct"/>
            <w:tcBorders>
              <w:top w:val="single" w:sz="4" w:space="0" w:color="auto"/>
              <w:left w:val="single" w:sz="4" w:space="0" w:color="auto"/>
              <w:bottom w:val="single" w:sz="4" w:space="0" w:color="auto"/>
              <w:right w:val="single" w:sz="4" w:space="0" w:color="auto"/>
            </w:tcBorders>
            <w:hideMark/>
          </w:tcPr>
          <w:p w14:paraId="42443DE4"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 xml:space="preserve">Chapter 2: Literature Review </w:t>
            </w:r>
            <w:r w:rsidRPr="00024E49">
              <w:rPr>
                <w:color w:val="8064A2" w:themeColor="accent4"/>
                <w:lang w:val="en-AU"/>
              </w:rPr>
              <w:br/>
              <w:t>(pp. 15-30)</w:t>
            </w:r>
          </w:p>
        </w:tc>
      </w:tr>
      <w:tr w:rsidR="002152C7" w:rsidRPr="00024E49" w14:paraId="47B4DE8E" w14:textId="77777777" w:rsidTr="007467D2">
        <w:tc>
          <w:tcPr>
            <w:tcW w:w="723" w:type="pct"/>
            <w:tcBorders>
              <w:top w:val="single" w:sz="4" w:space="0" w:color="auto"/>
              <w:left w:val="single" w:sz="4" w:space="0" w:color="auto"/>
              <w:bottom w:val="single" w:sz="4" w:space="0" w:color="auto"/>
              <w:right w:val="single" w:sz="4" w:space="0" w:color="auto"/>
            </w:tcBorders>
            <w:hideMark/>
          </w:tcPr>
          <w:p w14:paraId="62BA5BEB"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IBM Watson Studio</w:t>
            </w:r>
          </w:p>
        </w:tc>
        <w:tc>
          <w:tcPr>
            <w:tcW w:w="1599" w:type="pct"/>
            <w:tcBorders>
              <w:top w:val="single" w:sz="4" w:space="0" w:color="auto"/>
              <w:left w:val="single" w:sz="4" w:space="0" w:color="auto"/>
              <w:bottom w:val="single" w:sz="4" w:space="0" w:color="auto"/>
              <w:right w:val="single" w:sz="4" w:space="0" w:color="auto"/>
            </w:tcBorders>
            <w:hideMark/>
          </w:tcPr>
          <w:p w14:paraId="22653890"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Processed large datasets to recognise patterns and build predictive models.</w:t>
            </w:r>
          </w:p>
        </w:tc>
        <w:tc>
          <w:tcPr>
            <w:tcW w:w="1584" w:type="pct"/>
            <w:tcBorders>
              <w:top w:val="single" w:sz="4" w:space="0" w:color="auto"/>
              <w:left w:val="single" w:sz="4" w:space="0" w:color="auto"/>
              <w:bottom w:val="single" w:sz="4" w:space="0" w:color="auto"/>
              <w:right w:val="single" w:sz="4" w:space="0" w:color="auto"/>
            </w:tcBorders>
            <w:hideMark/>
          </w:tcPr>
          <w:p w14:paraId="2037BF43"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N/A (data input and model training)</w:t>
            </w:r>
          </w:p>
        </w:tc>
        <w:tc>
          <w:tcPr>
            <w:tcW w:w="1095" w:type="pct"/>
            <w:tcBorders>
              <w:top w:val="single" w:sz="4" w:space="0" w:color="auto"/>
              <w:left w:val="single" w:sz="4" w:space="0" w:color="auto"/>
              <w:bottom w:val="single" w:sz="4" w:space="0" w:color="auto"/>
              <w:right w:val="single" w:sz="4" w:space="0" w:color="auto"/>
            </w:tcBorders>
            <w:hideMark/>
          </w:tcPr>
          <w:p w14:paraId="15B123BE"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 xml:space="preserve">Chapter 4: Data Analysis </w:t>
            </w:r>
            <w:r w:rsidRPr="00024E49">
              <w:rPr>
                <w:color w:val="8064A2" w:themeColor="accent4"/>
                <w:lang w:val="en-AU"/>
              </w:rPr>
              <w:br/>
              <w:t>(pp. 50-70)</w:t>
            </w:r>
          </w:p>
        </w:tc>
      </w:tr>
      <w:tr w:rsidR="002152C7" w:rsidRPr="00024E49" w14:paraId="0F41FEC4" w14:textId="77777777" w:rsidTr="007467D2">
        <w:tc>
          <w:tcPr>
            <w:tcW w:w="723" w:type="pct"/>
            <w:tcBorders>
              <w:top w:val="single" w:sz="4" w:space="0" w:color="auto"/>
              <w:left w:val="single" w:sz="4" w:space="0" w:color="auto"/>
              <w:bottom w:val="single" w:sz="4" w:space="0" w:color="auto"/>
              <w:right w:val="single" w:sz="4" w:space="0" w:color="auto"/>
            </w:tcBorders>
            <w:hideMark/>
          </w:tcPr>
          <w:p w14:paraId="00CABFB6"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Grammarly</w:t>
            </w:r>
          </w:p>
        </w:tc>
        <w:tc>
          <w:tcPr>
            <w:tcW w:w="1599" w:type="pct"/>
            <w:tcBorders>
              <w:top w:val="single" w:sz="4" w:space="0" w:color="auto"/>
              <w:left w:val="single" w:sz="4" w:space="0" w:color="auto"/>
              <w:bottom w:val="single" w:sz="4" w:space="0" w:color="auto"/>
              <w:right w:val="single" w:sz="4" w:space="0" w:color="auto"/>
            </w:tcBorders>
            <w:hideMark/>
          </w:tcPr>
          <w:p w14:paraId="7D295F96"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Enhanced grammar, style, and academic tone throughout the thesis.</w:t>
            </w:r>
          </w:p>
        </w:tc>
        <w:tc>
          <w:tcPr>
            <w:tcW w:w="1584" w:type="pct"/>
            <w:tcBorders>
              <w:top w:val="single" w:sz="4" w:space="0" w:color="auto"/>
              <w:left w:val="single" w:sz="4" w:space="0" w:color="auto"/>
              <w:bottom w:val="single" w:sz="4" w:space="0" w:color="auto"/>
              <w:right w:val="single" w:sz="4" w:space="0" w:color="auto"/>
            </w:tcBorders>
            <w:hideMark/>
          </w:tcPr>
          <w:p w14:paraId="3744FFB8"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N/A (automated grammar and style suggestions)</w:t>
            </w:r>
          </w:p>
        </w:tc>
        <w:tc>
          <w:tcPr>
            <w:tcW w:w="1095" w:type="pct"/>
            <w:tcBorders>
              <w:top w:val="single" w:sz="4" w:space="0" w:color="auto"/>
              <w:left w:val="single" w:sz="4" w:space="0" w:color="auto"/>
              <w:bottom w:val="single" w:sz="4" w:space="0" w:color="auto"/>
              <w:right w:val="single" w:sz="4" w:space="0" w:color="auto"/>
            </w:tcBorders>
            <w:hideMark/>
          </w:tcPr>
          <w:p w14:paraId="6D130F61"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Entire thesis</w:t>
            </w:r>
          </w:p>
        </w:tc>
      </w:tr>
      <w:tr w:rsidR="002152C7" w:rsidRPr="00024E49" w14:paraId="66D7221B" w14:textId="77777777" w:rsidTr="007467D2">
        <w:tc>
          <w:tcPr>
            <w:tcW w:w="723" w:type="pct"/>
            <w:tcBorders>
              <w:top w:val="single" w:sz="4" w:space="0" w:color="auto"/>
              <w:left w:val="single" w:sz="4" w:space="0" w:color="auto"/>
              <w:bottom w:val="single" w:sz="4" w:space="0" w:color="auto"/>
              <w:right w:val="single" w:sz="4" w:space="0" w:color="auto"/>
            </w:tcBorders>
            <w:hideMark/>
          </w:tcPr>
          <w:p w14:paraId="71D768DC"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Syntho</w:t>
            </w:r>
          </w:p>
        </w:tc>
        <w:tc>
          <w:tcPr>
            <w:tcW w:w="1599" w:type="pct"/>
            <w:tcBorders>
              <w:top w:val="single" w:sz="4" w:space="0" w:color="auto"/>
              <w:left w:val="single" w:sz="4" w:space="0" w:color="auto"/>
              <w:bottom w:val="single" w:sz="4" w:space="0" w:color="auto"/>
              <w:right w:val="single" w:sz="4" w:space="0" w:color="auto"/>
            </w:tcBorders>
            <w:hideMark/>
          </w:tcPr>
          <w:p w14:paraId="6FDEC0F2"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Generated synthetic datasets to address data scarcity and preserve privacy.</w:t>
            </w:r>
          </w:p>
        </w:tc>
        <w:tc>
          <w:tcPr>
            <w:tcW w:w="1584" w:type="pct"/>
            <w:tcBorders>
              <w:top w:val="single" w:sz="4" w:space="0" w:color="auto"/>
              <w:left w:val="single" w:sz="4" w:space="0" w:color="auto"/>
              <w:bottom w:val="single" w:sz="4" w:space="0" w:color="auto"/>
              <w:right w:val="single" w:sz="4" w:space="0" w:color="auto"/>
            </w:tcBorders>
            <w:hideMark/>
          </w:tcPr>
          <w:p w14:paraId="4F9CFC06"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N/A (synthetic data generation)</w:t>
            </w:r>
          </w:p>
        </w:tc>
        <w:tc>
          <w:tcPr>
            <w:tcW w:w="1095" w:type="pct"/>
            <w:tcBorders>
              <w:top w:val="single" w:sz="4" w:space="0" w:color="auto"/>
              <w:left w:val="single" w:sz="4" w:space="0" w:color="auto"/>
              <w:bottom w:val="single" w:sz="4" w:space="0" w:color="auto"/>
              <w:right w:val="single" w:sz="4" w:space="0" w:color="auto"/>
            </w:tcBorders>
            <w:hideMark/>
          </w:tcPr>
          <w:p w14:paraId="547D529D" w14:textId="77777777" w:rsidR="002152C7" w:rsidRPr="00024E49" w:rsidRDefault="002152C7" w:rsidP="007467D2">
            <w:pPr>
              <w:spacing w:after="200" w:line="276" w:lineRule="auto"/>
              <w:rPr>
                <w:color w:val="8064A2" w:themeColor="accent4"/>
                <w:lang w:val="en-AU"/>
              </w:rPr>
            </w:pPr>
            <w:r w:rsidRPr="00024E49">
              <w:rPr>
                <w:color w:val="8064A2" w:themeColor="accent4"/>
                <w:lang w:val="en-AU"/>
              </w:rPr>
              <w:t xml:space="preserve">Chapter 3: Methodology </w:t>
            </w:r>
            <w:r w:rsidRPr="00024E49">
              <w:rPr>
                <w:color w:val="8064A2" w:themeColor="accent4"/>
                <w:lang w:val="en-AU"/>
              </w:rPr>
              <w:br/>
              <w:t>(pp. 35-40)</w:t>
            </w:r>
          </w:p>
        </w:tc>
      </w:tr>
    </w:tbl>
    <w:p w14:paraId="6644542D" w14:textId="77777777" w:rsidR="002152C7" w:rsidRPr="00024E49" w:rsidRDefault="002152C7" w:rsidP="002152C7">
      <w:pPr>
        <w:rPr>
          <w:b/>
          <w:bCs/>
          <w:color w:val="8064A2" w:themeColor="accent4"/>
          <w:lang w:val="en-AU"/>
        </w:rPr>
      </w:pPr>
    </w:p>
    <w:p w14:paraId="665E318A" w14:textId="77777777" w:rsidR="002152C7" w:rsidRPr="00024E49" w:rsidRDefault="002152C7" w:rsidP="002152C7">
      <w:pPr>
        <w:rPr>
          <w:color w:val="8064A2" w:themeColor="accent4"/>
          <w:lang w:val="en-AU"/>
        </w:rPr>
      </w:pPr>
      <w:r w:rsidRPr="00024E49">
        <w:rPr>
          <w:color w:val="8064A2" w:themeColor="accent4"/>
          <w:lang w:val="en-AU"/>
        </w:rPr>
        <w:t>Additional important considerations:</w:t>
      </w:r>
    </w:p>
    <w:p w14:paraId="469F6A40" w14:textId="77777777" w:rsidR="002152C7" w:rsidRDefault="002152C7" w:rsidP="002152C7">
      <w:pPr>
        <w:numPr>
          <w:ilvl w:val="0"/>
          <w:numId w:val="14"/>
        </w:numPr>
        <w:rPr>
          <w:color w:val="8064A2" w:themeColor="accent4"/>
          <w:lang w:val="en-AU"/>
        </w:rPr>
      </w:pPr>
      <w:r w:rsidRPr="00024E49">
        <w:rPr>
          <w:color w:val="8064A2" w:themeColor="accent4"/>
          <w:lang w:val="en-AU"/>
        </w:rPr>
        <w:t>You are accountable for all content included in your thesis, including material generated or assisted by AI. Ensure that all AI-generated content is accurate and original.</w:t>
      </w:r>
    </w:p>
    <w:p w14:paraId="6CBC0166" w14:textId="77777777" w:rsidR="002152C7" w:rsidRPr="007A064C" w:rsidRDefault="002152C7" w:rsidP="002152C7">
      <w:pPr>
        <w:pStyle w:val="ListParagraph"/>
        <w:numPr>
          <w:ilvl w:val="0"/>
          <w:numId w:val="14"/>
        </w:numPr>
        <w:rPr>
          <w:color w:val="8064A2" w:themeColor="accent4"/>
          <w:lang w:val="en-AU"/>
        </w:rPr>
      </w:pPr>
      <w:r w:rsidRPr="007A064C">
        <w:rPr>
          <w:color w:val="8064A2" w:themeColor="accent4"/>
          <w:lang w:val="en-AU"/>
        </w:rPr>
        <w:t>AI tools are often automatically enabled on internet search engines; it is the student's responsibility to recognize and include such use in this table.</w:t>
      </w:r>
    </w:p>
    <w:p w14:paraId="038E9255" w14:textId="77777777" w:rsidR="002152C7" w:rsidRPr="00024E49" w:rsidRDefault="002152C7" w:rsidP="002152C7">
      <w:pPr>
        <w:numPr>
          <w:ilvl w:val="0"/>
          <w:numId w:val="14"/>
        </w:numPr>
        <w:rPr>
          <w:color w:val="8064A2" w:themeColor="accent4"/>
          <w:lang w:val="en-AU"/>
        </w:rPr>
      </w:pPr>
      <w:r w:rsidRPr="00024E49">
        <w:rPr>
          <w:color w:val="8064A2" w:themeColor="accent4"/>
          <w:lang w:val="en-AU"/>
        </w:rPr>
        <w:t>Never input sensitive or confidential data into AI tools due to privacy and security risks.</w:t>
      </w:r>
    </w:p>
    <w:p w14:paraId="0F906621" w14:textId="77777777" w:rsidR="002152C7" w:rsidRPr="00024E49" w:rsidRDefault="002152C7" w:rsidP="002152C7">
      <w:pPr>
        <w:numPr>
          <w:ilvl w:val="0"/>
          <w:numId w:val="14"/>
        </w:numPr>
        <w:rPr>
          <w:color w:val="8064A2" w:themeColor="accent4"/>
          <w:lang w:val="en-AU"/>
        </w:rPr>
      </w:pPr>
      <w:r w:rsidRPr="00024E49">
        <w:rPr>
          <w:color w:val="8064A2" w:themeColor="accent4"/>
          <w:lang w:val="en-AU"/>
        </w:rPr>
        <w:t>Do not credit AI tools as authors. Clearly acknowledge their assistance as outlined above.</w:t>
      </w:r>
    </w:p>
    <w:p w14:paraId="31AAA9A6" w14:textId="77777777" w:rsidR="002152C7" w:rsidRPr="00D60C09" w:rsidRDefault="002152C7" w:rsidP="002152C7">
      <w:pPr>
        <w:numPr>
          <w:ilvl w:val="0"/>
          <w:numId w:val="14"/>
        </w:numPr>
        <w:rPr>
          <w:color w:val="8064A2" w:themeColor="accent4"/>
          <w:lang w:val="en-AU"/>
        </w:rPr>
      </w:pPr>
      <w:r w:rsidRPr="00024E49">
        <w:rPr>
          <w:color w:val="8064A2" w:themeColor="accent4"/>
          <w:lang w:val="en-AU"/>
        </w:rPr>
        <w:t>Some publishers do not permit AI-generated or AI-assisted text, so this should be considered if the chapter is intended for publication.</w:t>
      </w:r>
    </w:p>
    <w:p w14:paraId="261B20A2" w14:textId="52F097EB" w:rsidR="002152C7" w:rsidRPr="009013BE" w:rsidRDefault="002152C7" w:rsidP="002152C7">
      <w:pPr>
        <w:pStyle w:val="Heading1"/>
        <w:rPr>
          <w:lang w:val="en-AU"/>
        </w:rPr>
      </w:pPr>
      <w:bookmarkStart w:id="0" w:name="OLE_LINK1"/>
      <w:r w:rsidRPr="009013BE">
        <w:rPr>
          <w:lang w:val="en-AU"/>
        </w:rPr>
        <w:lastRenderedPageBreak/>
        <w:t>E</w:t>
      </w:r>
      <w:r>
        <w:rPr>
          <w:lang w:val="en-AU"/>
        </w:rPr>
        <w:t>DITORIAL ASSISTANCE</w:t>
      </w:r>
      <w:bookmarkStart w:id="1" w:name="OLE_LINK2"/>
    </w:p>
    <w:p w14:paraId="79BFAA82" w14:textId="77777777" w:rsidR="002152C7" w:rsidRDefault="002152C7" w:rsidP="002152C7">
      <w:pPr>
        <w:rPr>
          <w:color w:val="8064A2" w:themeColor="accent4"/>
          <w:lang w:val="en-AU"/>
        </w:rPr>
      </w:pPr>
      <w:r w:rsidRPr="00024E49">
        <w:rPr>
          <w:color w:val="8064A2" w:themeColor="accent4"/>
          <w:lang w:val="en-AU"/>
        </w:rPr>
        <w:t xml:space="preserve">If any professional editorial advice was received, include the name of the editor and a brief description of the service rendered. See our online </w:t>
      </w:r>
      <w:hyperlink r:id="rId11" w:history="1">
        <w:r w:rsidRPr="00024E49">
          <w:rPr>
            <w:rStyle w:val="Hyperlink"/>
            <w:color w:val="8064A2" w:themeColor="accent4"/>
            <w:lang w:val="en-AU"/>
          </w:rPr>
          <w:t>Thesis Preparation Guide</w:t>
        </w:r>
      </w:hyperlink>
      <w:r w:rsidRPr="00024E49">
        <w:rPr>
          <w:color w:val="8064A2" w:themeColor="accent4"/>
          <w:lang w:val="en-AU"/>
        </w:rPr>
        <w:t xml:space="preserve"> for further advice. If no editorial assistance was received, then state “No editorial assistance” under this heading.</w:t>
      </w:r>
      <w:bookmarkEnd w:id="0"/>
      <w:bookmarkEnd w:id="1"/>
    </w:p>
    <w:p w14:paraId="48FD3E41" w14:textId="77777777" w:rsidR="002152C7" w:rsidRDefault="002152C7" w:rsidP="002152C7">
      <w:pPr>
        <w:rPr>
          <w:color w:val="8064A2" w:themeColor="accent4"/>
          <w:lang w:val="en-AU"/>
        </w:rPr>
      </w:pPr>
    </w:p>
    <w:p w14:paraId="53224AC7" w14:textId="1816C2FF" w:rsidR="002152C7" w:rsidRDefault="002152C7" w:rsidP="002152C7">
      <w:pPr>
        <w:pStyle w:val="Heading1"/>
        <w:rPr>
          <w:lang w:val="en-AU"/>
        </w:rPr>
      </w:pPr>
      <w:r>
        <w:rPr>
          <w:lang w:val="en-AU"/>
        </w:rPr>
        <w:t>RESEARCH INVOLVING HUMANS OR ANIMALS</w:t>
      </w:r>
    </w:p>
    <w:p w14:paraId="659BA4C2" w14:textId="77777777" w:rsidR="002152C7" w:rsidRDefault="002152C7" w:rsidP="002152C7">
      <w:pPr>
        <w:rPr>
          <w:color w:val="8064A2" w:themeColor="accent4"/>
          <w:lang w:val="en-AU"/>
        </w:rPr>
      </w:pPr>
      <w:r w:rsidRPr="00741BAE">
        <w:rPr>
          <w:color w:val="8064A2" w:themeColor="accent4"/>
          <w:lang w:val="en-AU"/>
        </w:rPr>
        <w:t xml:space="preserve">All research involving human or animal subjects requires prior ethical review and approval by an independent review committee. </w:t>
      </w:r>
      <w:r>
        <w:rPr>
          <w:color w:val="8064A2" w:themeColor="accent4"/>
          <w:lang w:val="en-AU"/>
        </w:rPr>
        <w:t xml:space="preserve">Jacksonville State University’s Institutional Review Board </w:t>
      </w:r>
      <w:hyperlink r:id="rId12" w:history="1">
        <w:r w:rsidRPr="00641EF6">
          <w:rPr>
            <w:rStyle w:val="Hyperlink"/>
            <w:lang w:val="en-AU"/>
          </w:rPr>
          <w:t>(IRB)</w:t>
        </w:r>
      </w:hyperlink>
      <w:r>
        <w:rPr>
          <w:color w:val="8064A2" w:themeColor="accent4"/>
          <w:lang w:val="en-AU"/>
        </w:rPr>
        <w:t xml:space="preserve"> is charged with protecting the rights and welfare of human subjects involved in research activities conducted under the authority of the university. The Institutional Animal Care &amp; Use Committee </w:t>
      </w:r>
      <w:hyperlink r:id="rId13" w:history="1">
        <w:r w:rsidRPr="003E0CFC">
          <w:rPr>
            <w:rStyle w:val="Hyperlink"/>
            <w:lang w:val="en-AU"/>
          </w:rPr>
          <w:t>(IACUC)</w:t>
        </w:r>
      </w:hyperlink>
      <w:r>
        <w:rPr>
          <w:color w:val="8064A2" w:themeColor="accent4"/>
          <w:lang w:val="en-AU"/>
        </w:rPr>
        <w:t xml:space="preserve"> oversees research involving live vertebrate animals. Dissertation candidates conducting research with humans or animals are responsible for gaining needed approvals and complying with all required protocols. </w:t>
      </w:r>
      <w:r w:rsidRPr="00741BAE">
        <w:rPr>
          <w:color w:val="8064A2" w:themeColor="accent4"/>
          <w:lang w:val="en-AU"/>
        </w:rPr>
        <w:t xml:space="preserve"> </w:t>
      </w:r>
    </w:p>
    <w:p w14:paraId="1F0C98F8" w14:textId="77777777" w:rsidR="002152C7" w:rsidRPr="00741BAE" w:rsidRDefault="002152C7" w:rsidP="002152C7">
      <w:pPr>
        <w:rPr>
          <w:color w:val="8064A2" w:themeColor="accent4"/>
          <w:lang w:val="en-AU"/>
        </w:rPr>
      </w:pPr>
      <w:r w:rsidRPr="00741BAE">
        <w:rPr>
          <w:color w:val="8064A2" w:themeColor="accent4"/>
          <w:lang w:val="en-AU"/>
        </w:rPr>
        <w:t>Please provide details of any ethics approvals obtained including the ethics approval number and name of approving committees. A copy of the ethics approval letter must be included in the thesis appendix.</w:t>
      </w:r>
    </w:p>
    <w:p w14:paraId="41552A8D" w14:textId="77777777" w:rsidR="002152C7" w:rsidRPr="00741BAE" w:rsidRDefault="002152C7" w:rsidP="002152C7">
      <w:pPr>
        <w:rPr>
          <w:color w:val="8064A2" w:themeColor="accent4"/>
          <w:lang w:val="en-AU"/>
        </w:rPr>
      </w:pPr>
    </w:p>
    <w:p w14:paraId="7B4E2F7F" w14:textId="77777777" w:rsidR="002152C7" w:rsidRPr="00741BAE" w:rsidRDefault="002152C7" w:rsidP="002152C7">
      <w:pPr>
        <w:rPr>
          <w:color w:val="8064A2" w:themeColor="accent4"/>
          <w:lang w:val="en-AU"/>
        </w:rPr>
      </w:pPr>
      <w:r w:rsidRPr="00741BAE">
        <w:rPr>
          <w:color w:val="8064A2" w:themeColor="accent4"/>
          <w:lang w:val="en-AU"/>
        </w:rPr>
        <w:t>If no humans or animals were involved in this research please state: “No animal or human subjects were included in this research.”</w:t>
      </w:r>
    </w:p>
    <w:p w14:paraId="3FAA3BA9" w14:textId="77777777" w:rsidR="00B61B98" w:rsidRDefault="00B61B98">
      <w:pPr>
        <w:rPr>
          <w:rFonts w:asciiTheme="majorHAnsi" w:eastAsiaTheme="majorEastAsia" w:hAnsiTheme="majorHAnsi" w:cstheme="majorBidi"/>
          <w:b/>
          <w:bCs/>
          <w:color w:val="365F91" w:themeColor="accent1" w:themeShade="BF"/>
          <w:sz w:val="24"/>
          <w:szCs w:val="28"/>
        </w:rPr>
      </w:pPr>
      <w:r>
        <w:br w:type="page"/>
      </w:r>
    </w:p>
    <w:p w14:paraId="5A395EEC" w14:textId="53069C62" w:rsidR="00933068" w:rsidRDefault="00914C77">
      <w:pPr>
        <w:pStyle w:val="Heading1"/>
        <w:jc w:val="center"/>
      </w:pPr>
      <w:r>
        <w:lastRenderedPageBreak/>
        <w:t>ACKNOWLEDGEMENTS</w:t>
      </w:r>
    </w:p>
    <w:p w14:paraId="7F1AC58B" w14:textId="77777777" w:rsidR="00933068" w:rsidRDefault="00914C77">
      <w:r>
        <w:t>[Optional]</w:t>
      </w:r>
    </w:p>
    <w:p w14:paraId="5DAB6C7B" w14:textId="77777777" w:rsidR="00933068" w:rsidRDefault="00914C77">
      <w:r>
        <w:br w:type="page"/>
      </w:r>
    </w:p>
    <w:p w14:paraId="78356A93" w14:textId="77777777" w:rsidR="00933068" w:rsidRDefault="00914C77">
      <w:pPr>
        <w:pStyle w:val="Heading1"/>
        <w:jc w:val="center"/>
      </w:pPr>
      <w:r>
        <w:lastRenderedPageBreak/>
        <w:t>TABLE OF CONTENTS</w:t>
      </w:r>
    </w:p>
    <w:p w14:paraId="57BC200A" w14:textId="77777777" w:rsidR="00933068" w:rsidRDefault="00914C77">
      <w:r>
        <w:t>(Right-click → Update Field to refresh)</w:t>
      </w:r>
    </w:p>
    <w:p w14:paraId="6BA647D5" w14:textId="77777777" w:rsidR="00933068" w:rsidRDefault="00914C77">
      <w:r>
        <w:t>TOC will populate automatically using headings.</w:t>
      </w:r>
    </w:p>
    <w:p w14:paraId="02EB378F" w14:textId="77777777" w:rsidR="00933068" w:rsidRDefault="00914C77">
      <w:r>
        <w:br w:type="page"/>
      </w:r>
    </w:p>
    <w:p w14:paraId="5AB517C4" w14:textId="77777777" w:rsidR="00933068" w:rsidRDefault="00914C77">
      <w:pPr>
        <w:pStyle w:val="Heading1"/>
        <w:jc w:val="center"/>
      </w:pPr>
      <w:r>
        <w:lastRenderedPageBreak/>
        <w:t>LIST OF TABLES</w:t>
      </w:r>
    </w:p>
    <w:p w14:paraId="6A05A809" w14:textId="77777777" w:rsidR="00933068" w:rsidRDefault="00914C77">
      <w:r>
        <w:br w:type="page"/>
      </w:r>
    </w:p>
    <w:p w14:paraId="79C9EA0A" w14:textId="77777777" w:rsidR="00933068" w:rsidRDefault="00914C77">
      <w:pPr>
        <w:pStyle w:val="Heading1"/>
        <w:jc w:val="center"/>
      </w:pPr>
      <w:r>
        <w:lastRenderedPageBreak/>
        <w:t>LIST OF FIGURES</w:t>
      </w:r>
    </w:p>
    <w:p w14:paraId="5A39BBE3" w14:textId="77777777" w:rsidR="00933068" w:rsidRDefault="00914C77">
      <w:r>
        <w:br w:type="page"/>
      </w:r>
    </w:p>
    <w:p w14:paraId="75ECC32F" w14:textId="77777777" w:rsidR="00933068" w:rsidRDefault="00914C77">
      <w:pPr>
        <w:pStyle w:val="Heading1"/>
        <w:jc w:val="center"/>
      </w:pPr>
      <w:r>
        <w:lastRenderedPageBreak/>
        <w:t>PREFACE</w:t>
      </w:r>
    </w:p>
    <w:p w14:paraId="0EFEC462" w14:textId="77777777" w:rsidR="00933068" w:rsidRDefault="00914C77">
      <w:r>
        <w:t>[Optional]</w:t>
      </w:r>
    </w:p>
    <w:p w14:paraId="41C8F396" w14:textId="77777777" w:rsidR="00933068" w:rsidRDefault="00933068">
      <w:pPr>
        <w:sectPr w:rsidR="00933068">
          <w:pgSz w:w="12240" w:h="15840"/>
          <w:pgMar w:top="1440" w:right="1440" w:bottom="1440" w:left="1440" w:header="720" w:footer="720" w:gutter="0"/>
          <w:cols w:space="720"/>
          <w:docGrid w:linePitch="360"/>
        </w:sectPr>
      </w:pPr>
    </w:p>
    <w:p w14:paraId="1AAFC51A" w14:textId="77777777" w:rsidR="00933068" w:rsidRDefault="00914C77">
      <w:pPr>
        <w:pStyle w:val="Heading1"/>
        <w:jc w:val="center"/>
      </w:pPr>
      <w:r>
        <w:lastRenderedPageBreak/>
        <w:t>I. INTRODUCTION</w:t>
      </w:r>
    </w:p>
    <w:p w14:paraId="235BA388" w14:textId="77777777" w:rsidR="00933068" w:rsidRDefault="00914C77">
      <w:pPr>
        <w:pStyle w:val="Heading2"/>
      </w:pPr>
      <w:r>
        <w:t>Level 2 Heading</w:t>
      </w:r>
    </w:p>
    <w:p w14:paraId="3238A712" w14:textId="77777777" w:rsidR="00933068" w:rsidRDefault="00914C77">
      <w:pPr>
        <w:pStyle w:val="Heading3"/>
      </w:pPr>
      <w:r>
        <w:t>Level 3 Heading</w:t>
      </w:r>
    </w:p>
    <w:p w14:paraId="3BB16303" w14:textId="77777777" w:rsidR="00933068" w:rsidRDefault="00914C77">
      <w:pPr>
        <w:pStyle w:val="Heading4"/>
      </w:pPr>
      <w:r>
        <w:t>Level 4 Heading</w:t>
      </w:r>
    </w:p>
    <w:p w14:paraId="0B3980FD" w14:textId="77777777" w:rsidR="00933068" w:rsidRDefault="00914C77">
      <w:pPr>
        <w:pStyle w:val="Heading5"/>
      </w:pPr>
      <w:r>
        <w:t>Level 5 Heading</w:t>
      </w:r>
    </w:p>
    <w:p w14:paraId="33BBE499" w14:textId="77777777" w:rsidR="00933068" w:rsidRDefault="00914C77">
      <w:r>
        <w:t>[Insert content]</w:t>
      </w:r>
    </w:p>
    <w:p w14:paraId="72A3D3EC" w14:textId="77777777" w:rsidR="00933068" w:rsidRDefault="00914C77">
      <w:r>
        <w:br w:type="page"/>
      </w:r>
    </w:p>
    <w:p w14:paraId="36814707" w14:textId="77777777" w:rsidR="00933068" w:rsidRDefault="00914C77">
      <w:pPr>
        <w:pStyle w:val="Heading1"/>
        <w:jc w:val="center"/>
      </w:pPr>
      <w:r>
        <w:lastRenderedPageBreak/>
        <w:t>II. LITERATURE REVIEW</w:t>
      </w:r>
    </w:p>
    <w:p w14:paraId="38BE92DC" w14:textId="77777777" w:rsidR="00933068" w:rsidRDefault="00914C77">
      <w:pPr>
        <w:pStyle w:val="Heading2"/>
      </w:pPr>
      <w:r>
        <w:t>Level 2 Heading</w:t>
      </w:r>
    </w:p>
    <w:p w14:paraId="258CD640" w14:textId="77777777" w:rsidR="00933068" w:rsidRDefault="00914C77">
      <w:pPr>
        <w:pStyle w:val="Heading3"/>
      </w:pPr>
      <w:r>
        <w:t>Level 3 Heading</w:t>
      </w:r>
    </w:p>
    <w:p w14:paraId="2F4927D2" w14:textId="77777777" w:rsidR="00933068" w:rsidRDefault="00914C77">
      <w:pPr>
        <w:pStyle w:val="Heading4"/>
      </w:pPr>
      <w:r>
        <w:t>Level 4 Heading</w:t>
      </w:r>
    </w:p>
    <w:p w14:paraId="79ACA7F4" w14:textId="77777777" w:rsidR="00933068" w:rsidRDefault="00914C77">
      <w:pPr>
        <w:pStyle w:val="Heading5"/>
      </w:pPr>
      <w:r>
        <w:t>Level 5 Heading</w:t>
      </w:r>
    </w:p>
    <w:p w14:paraId="2BCF732A" w14:textId="77777777" w:rsidR="00933068" w:rsidRDefault="00914C77">
      <w:r>
        <w:t>[Insert content]</w:t>
      </w:r>
    </w:p>
    <w:p w14:paraId="0D0B940D" w14:textId="77777777" w:rsidR="00933068" w:rsidRDefault="00914C77">
      <w:r>
        <w:br w:type="page"/>
      </w:r>
    </w:p>
    <w:p w14:paraId="1EFB2698" w14:textId="77777777" w:rsidR="00933068" w:rsidRDefault="00914C77">
      <w:pPr>
        <w:pStyle w:val="Heading1"/>
        <w:jc w:val="center"/>
      </w:pPr>
      <w:r>
        <w:lastRenderedPageBreak/>
        <w:t>III. METHODS</w:t>
      </w:r>
    </w:p>
    <w:p w14:paraId="0188AF9D" w14:textId="77777777" w:rsidR="00933068" w:rsidRDefault="00914C77">
      <w:pPr>
        <w:pStyle w:val="Heading2"/>
      </w:pPr>
      <w:r>
        <w:t>Level 2 Heading</w:t>
      </w:r>
    </w:p>
    <w:p w14:paraId="70C28C3B" w14:textId="77777777" w:rsidR="00933068" w:rsidRDefault="00914C77">
      <w:pPr>
        <w:pStyle w:val="Heading3"/>
      </w:pPr>
      <w:r>
        <w:t>Level 3 Heading</w:t>
      </w:r>
    </w:p>
    <w:p w14:paraId="046D848E" w14:textId="77777777" w:rsidR="00933068" w:rsidRDefault="00914C77">
      <w:pPr>
        <w:pStyle w:val="Heading4"/>
      </w:pPr>
      <w:r>
        <w:t>Level 4 Heading</w:t>
      </w:r>
    </w:p>
    <w:p w14:paraId="73D6B9D6" w14:textId="77777777" w:rsidR="00933068" w:rsidRDefault="00914C77">
      <w:pPr>
        <w:pStyle w:val="Heading5"/>
      </w:pPr>
      <w:r>
        <w:t>Level 5 Heading</w:t>
      </w:r>
    </w:p>
    <w:p w14:paraId="6AF605CE" w14:textId="77777777" w:rsidR="00933068" w:rsidRDefault="00914C77">
      <w:r>
        <w:t>[Insert content]</w:t>
      </w:r>
    </w:p>
    <w:p w14:paraId="0E27B00A" w14:textId="77777777" w:rsidR="00933068" w:rsidRDefault="00914C77">
      <w:r>
        <w:br w:type="page"/>
      </w:r>
    </w:p>
    <w:p w14:paraId="286DFA8F" w14:textId="77777777" w:rsidR="00933068" w:rsidRDefault="00914C77">
      <w:pPr>
        <w:pStyle w:val="Heading1"/>
        <w:jc w:val="center"/>
      </w:pPr>
      <w:r>
        <w:lastRenderedPageBreak/>
        <w:t>IV. RESULTS</w:t>
      </w:r>
    </w:p>
    <w:p w14:paraId="35550DDD" w14:textId="77777777" w:rsidR="00933068" w:rsidRDefault="00914C77">
      <w:pPr>
        <w:pStyle w:val="Heading2"/>
      </w:pPr>
      <w:r>
        <w:t>Level 2 Heading</w:t>
      </w:r>
    </w:p>
    <w:p w14:paraId="374C77AF" w14:textId="77777777" w:rsidR="00933068" w:rsidRDefault="00914C77">
      <w:pPr>
        <w:pStyle w:val="Heading3"/>
      </w:pPr>
      <w:r>
        <w:t>Level 3 Heading</w:t>
      </w:r>
    </w:p>
    <w:p w14:paraId="04C627F7" w14:textId="77777777" w:rsidR="00933068" w:rsidRDefault="00914C77">
      <w:pPr>
        <w:pStyle w:val="Heading4"/>
      </w:pPr>
      <w:r>
        <w:t>Level 4 Heading</w:t>
      </w:r>
    </w:p>
    <w:p w14:paraId="18770E96" w14:textId="77777777" w:rsidR="00933068" w:rsidRDefault="00914C77">
      <w:pPr>
        <w:pStyle w:val="Heading5"/>
      </w:pPr>
      <w:r>
        <w:t>Level 5 Heading</w:t>
      </w:r>
    </w:p>
    <w:p w14:paraId="43F5A190" w14:textId="77777777" w:rsidR="00933068" w:rsidRDefault="00914C77">
      <w:r>
        <w:t>[Insert content]</w:t>
      </w:r>
    </w:p>
    <w:p w14:paraId="60061E4C" w14:textId="77777777" w:rsidR="00933068" w:rsidRDefault="00914C77">
      <w:r>
        <w:br w:type="page"/>
      </w:r>
    </w:p>
    <w:p w14:paraId="6A896E13" w14:textId="77777777" w:rsidR="00933068" w:rsidRDefault="00914C77">
      <w:pPr>
        <w:pStyle w:val="Heading1"/>
        <w:jc w:val="center"/>
      </w:pPr>
      <w:r>
        <w:lastRenderedPageBreak/>
        <w:t>V. CONCLUSION</w:t>
      </w:r>
    </w:p>
    <w:p w14:paraId="0EF1F1CD" w14:textId="77777777" w:rsidR="00933068" w:rsidRDefault="00914C77">
      <w:pPr>
        <w:pStyle w:val="Heading2"/>
      </w:pPr>
      <w:r>
        <w:t>Level 2 Heading</w:t>
      </w:r>
    </w:p>
    <w:p w14:paraId="68775C9F" w14:textId="77777777" w:rsidR="00933068" w:rsidRDefault="00914C77">
      <w:pPr>
        <w:pStyle w:val="Heading3"/>
      </w:pPr>
      <w:r>
        <w:t>Level 3 Heading</w:t>
      </w:r>
    </w:p>
    <w:p w14:paraId="442FE054" w14:textId="77777777" w:rsidR="00933068" w:rsidRDefault="00914C77">
      <w:pPr>
        <w:pStyle w:val="Heading4"/>
      </w:pPr>
      <w:r>
        <w:t>Level 4 Heading</w:t>
      </w:r>
    </w:p>
    <w:p w14:paraId="6AEC5E9D" w14:textId="77777777" w:rsidR="00933068" w:rsidRDefault="00914C77">
      <w:pPr>
        <w:pStyle w:val="Heading5"/>
      </w:pPr>
      <w:r>
        <w:t>Level 5 Heading</w:t>
      </w:r>
    </w:p>
    <w:p w14:paraId="71A92DC5" w14:textId="77777777" w:rsidR="00933068" w:rsidRDefault="00914C77">
      <w:r>
        <w:t>[Insert content]</w:t>
      </w:r>
    </w:p>
    <w:p w14:paraId="44EAFD9C" w14:textId="77777777" w:rsidR="00933068" w:rsidRDefault="00914C77">
      <w:r>
        <w:br w:type="page"/>
      </w:r>
    </w:p>
    <w:p w14:paraId="7797E7DE" w14:textId="77777777" w:rsidR="00933068" w:rsidRDefault="00914C77">
      <w:pPr>
        <w:pStyle w:val="Heading1"/>
        <w:jc w:val="center"/>
      </w:pPr>
      <w:r>
        <w:lastRenderedPageBreak/>
        <w:t>REFERENCES</w:t>
      </w:r>
    </w:p>
    <w:p w14:paraId="7699A792" w14:textId="77777777" w:rsidR="00933068" w:rsidRDefault="00914C77">
      <w:r>
        <w:t>[APA references]</w:t>
      </w:r>
    </w:p>
    <w:p w14:paraId="4B94D5A5" w14:textId="77777777" w:rsidR="00933068" w:rsidRDefault="00914C77">
      <w:r>
        <w:br w:type="page"/>
      </w:r>
    </w:p>
    <w:p w14:paraId="2AFEA045" w14:textId="77777777" w:rsidR="00933068" w:rsidRDefault="00914C77">
      <w:pPr>
        <w:pStyle w:val="Heading1"/>
        <w:jc w:val="center"/>
      </w:pPr>
      <w:r>
        <w:lastRenderedPageBreak/>
        <w:t>APPENDICES</w:t>
      </w:r>
    </w:p>
    <w:p w14:paraId="377C8517" w14:textId="77777777" w:rsidR="00933068" w:rsidRDefault="00914C77">
      <w:r>
        <w:t>Appendix A: Title</w:t>
      </w:r>
    </w:p>
    <w:sectPr w:rsidR="00933068" w:rsidSect="000346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4679E" w14:textId="77777777" w:rsidR="003442A1" w:rsidRDefault="003442A1">
      <w:pPr>
        <w:spacing w:after="0" w:line="240" w:lineRule="auto"/>
      </w:pPr>
      <w:r>
        <w:separator/>
      </w:r>
    </w:p>
  </w:endnote>
  <w:endnote w:type="continuationSeparator" w:id="0">
    <w:p w14:paraId="082FAD07" w14:textId="77777777" w:rsidR="003442A1" w:rsidRDefault="00344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41BE" w14:textId="77777777" w:rsidR="00933068" w:rsidRDefault="00914C77">
    <w:pPr>
      <w:pStyle w:val="Footer"/>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CBB86" w14:textId="77777777" w:rsidR="003442A1" w:rsidRDefault="003442A1">
      <w:pPr>
        <w:spacing w:after="0" w:line="240" w:lineRule="auto"/>
      </w:pPr>
      <w:r>
        <w:separator/>
      </w:r>
    </w:p>
  </w:footnote>
  <w:footnote w:type="continuationSeparator" w:id="0">
    <w:p w14:paraId="033B307F" w14:textId="77777777" w:rsidR="003442A1" w:rsidRDefault="00344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6B4BB" w14:textId="77777777" w:rsidR="00933068" w:rsidRDefault="00914C77">
    <w:pPr>
      <w:pStyle w:val="Header"/>
    </w:pPr>
    <w:r>
      <w:t>SHORT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AF5306A"/>
    <w:multiLevelType w:val="multilevel"/>
    <w:tmpl w:val="4356B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A43211A"/>
    <w:multiLevelType w:val="hybridMultilevel"/>
    <w:tmpl w:val="4F40A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047C34"/>
    <w:multiLevelType w:val="multilevel"/>
    <w:tmpl w:val="4A8AF77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6FFA07F2"/>
    <w:multiLevelType w:val="hybridMultilevel"/>
    <w:tmpl w:val="DF04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5D2FEF"/>
    <w:multiLevelType w:val="hybridMultilevel"/>
    <w:tmpl w:val="40C2B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071595">
    <w:abstractNumId w:val="8"/>
  </w:num>
  <w:num w:numId="2" w16cid:durableId="290600506">
    <w:abstractNumId w:val="6"/>
  </w:num>
  <w:num w:numId="3" w16cid:durableId="16395782">
    <w:abstractNumId w:val="5"/>
  </w:num>
  <w:num w:numId="4" w16cid:durableId="1298952176">
    <w:abstractNumId w:val="4"/>
  </w:num>
  <w:num w:numId="5" w16cid:durableId="1880698311">
    <w:abstractNumId w:val="7"/>
  </w:num>
  <w:num w:numId="6" w16cid:durableId="318118843">
    <w:abstractNumId w:val="3"/>
  </w:num>
  <w:num w:numId="7" w16cid:durableId="2059666904">
    <w:abstractNumId w:val="2"/>
  </w:num>
  <w:num w:numId="8" w16cid:durableId="1485706986">
    <w:abstractNumId w:val="1"/>
  </w:num>
  <w:num w:numId="9" w16cid:durableId="1498962448">
    <w:abstractNumId w:val="0"/>
  </w:num>
  <w:num w:numId="10" w16cid:durableId="319775906">
    <w:abstractNumId w:val="13"/>
  </w:num>
  <w:num w:numId="11" w16cid:durableId="1621297461">
    <w:abstractNumId w:val="12"/>
  </w:num>
  <w:num w:numId="12" w16cid:durableId="707607250">
    <w:abstractNumId w:val="10"/>
  </w:num>
  <w:num w:numId="13" w16cid:durableId="16580691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2069297">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52C7"/>
    <w:rsid w:val="0029639D"/>
    <w:rsid w:val="00326F90"/>
    <w:rsid w:val="003442A1"/>
    <w:rsid w:val="004126D5"/>
    <w:rsid w:val="005B67C2"/>
    <w:rsid w:val="008C42B2"/>
    <w:rsid w:val="00911B4C"/>
    <w:rsid w:val="00914C77"/>
    <w:rsid w:val="00933068"/>
    <w:rsid w:val="00AA1D8D"/>
    <w:rsid w:val="00B05644"/>
    <w:rsid w:val="00B47730"/>
    <w:rsid w:val="00B61B98"/>
    <w:rsid w:val="00C27844"/>
    <w:rsid w:val="00C769FF"/>
    <w:rsid w:val="00CB0664"/>
    <w:rsid w:val="00E9015C"/>
    <w:rsid w:val="00FC693F"/>
    <w:rsid w:val="07058815"/>
    <w:rsid w:val="0DB1D797"/>
    <w:rsid w:val="2BB23123"/>
    <w:rsid w:val="2E354E3E"/>
    <w:rsid w:val="48B55DD4"/>
    <w:rsid w:val="5AFD6408"/>
    <w:rsid w:val="5EFEF351"/>
    <w:rsid w:val="65221177"/>
    <w:rsid w:val="722639DE"/>
    <w:rsid w:val="738E43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9E47EEF-46F2-4740-92FA-3EF57FA5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056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jsu.edu/academicaffairs/facultyresources/iacuc/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su.edu/academicaffairs/irb.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uq.edu.au/node/1707/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jsu.edu/degrees/graduate/index.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1396</Words>
  <Characters>7962</Characters>
  <Application>Microsoft Office Word</Application>
  <DocSecurity>0</DocSecurity>
  <Lines>66</Lines>
  <Paragraphs>18</Paragraphs>
  <ScaleCrop>false</ScaleCrop>
  <Manager/>
  <Company/>
  <LinksUpToDate>false</LinksUpToDate>
  <CharactersWithSpaces>9340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Vaughn</dc:creator>
  <cp:keywords/>
  <dc:description>generated by python-docx</dc:description>
  <cp:lastModifiedBy>Jennie Vaughn</cp:lastModifiedBy>
  <cp:revision>9</cp:revision>
  <dcterms:created xsi:type="dcterms:W3CDTF">2026-05-15T13:40:00Z</dcterms:created>
  <dcterms:modified xsi:type="dcterms:W3CDTF">2026-07-28T19:30:00Z</dcterms:modified>
  <cp:category/>
</cp:coreProperties>
</file>